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81764" w14:textId="790C38A7" w:rsidR="00AF6289" w:rsidRPr="00401A00" w:rsidRDefault="00F84BDA" w:rsidP="00401A00">
      <w:pPr>
        <w:bidi/>
        <w:spacing w:after="360"/>
        <w:jc w:val="center"/>
        <w:rPr>
          <w:sz w:val="40"/>
          <w:szCs w:val="40"/>
        </w:rPr>
      </w:pPr>
      <w:r w:rsidRPr="00401A00">
        <w:rPr>
          <w:rFonts w:ascii="Arial" w:hAnsi="Arial"/>
          <w:b/>
          <w:color w:val="1F4E79"/>
          <w:sz w:val="56"/>
          <w:szCs w:val="40"/>
          <w:rtl/>
        </w:rPr>
        <w:t>دعوة لإبداء الاهتمام</w:t>
      </w:r>
      <w:r w:rsidRPr="00401A00">
        <w:rPr>
          <w:rFonts w:ascii="Arial" w:hAnsi="Arial"/>
          <w:b/>
          <w:color w:val="1F4E79"/>
          <w:sz w:val="56"/>
          <w:szCs w:val="40"/>
          <w:rtl/>
        </w:rPr>
        <w:br/>
        <w:t>تسجيل وتأهيل الموردين المحليين</w:t>
      </w:r>
    </w:p>
    <w:tbl>
      <w:tblPr>
        <w:tblStyle w:val="TableGrid"/>
        <w:bidiVisual/>
        <w:tblW w:w="0" w:type="auto"/>
        <w:jc w:val="center"/>
        <w:tblLayout w:type="fixed"/>
        <w:tblLook w:val="04A0" w:firstRow="1" w:lastRow="0" w:firstColumn="1" w:lastColumn="0" w:noHBand="0" w:noVBand="1"/>
      </w:tblPr>
      <w:tblGrid>
        <w:gridCol w:w="3168"/>
        <w:gridCol w:w="6192"/>
      </w:tblGrid>
      <w:tr w:rsidR="00AF6289" w14:paraId="68F9C29C" w14:textId="77777777">
        <w:trPr>
          <w:jc w:val="center"/>
        </w:trPr>
        <w:tc>
          <w:tcPr>
            <w:tcW w:w="3168" w:type="dxa"/>
            <w:shd w:val="clear" w:color="auto" w:fill="F2F4F7"/>
          </w:tcPr>
          <w:p w14:paraId="09B6221C" w14:textId="77777777" w:rsidR="00AF6289" w:rsidRPr="00314BBF" w:rsidRDefault="00F84BDA" w:rsidP="00401A00">
            <w:pPr>
              <w:bidi/>
              <w:jc w:val="lowKashida"/>
              <w:rPr>
                <w:bCs/>
              </w:rPr>
            </w:pPr>
            <w:r w:rsidRPr="00314BBF">
              <w:rPr>
                <w:rFonts w:ascii="Arial" w:hAnsi="Arial"/>
                <w:bCs/>
                <w:sz w:val="20"/>
                <w:rtl/>
              </w:rPr>
              <w:t>اسم المنظمة:</w:t>
            </w:r>
          </w:p>
        </w:tc>
        <w:tc>
          <w:tcPr>
            <w:tcW w:w="6192" w:type="dxa"/>
          </w:tcPr>
          <w:p w14:paraId="2B474A4A" w14:textId="77777777" w:rsidR="00AF6289" w:rsidRPr="00314BBF" w:rsidRDefault="00F84BDA" w:rsidP="00401A00">
            <w:pPr>
              <w:bidi/>
              <w:jc w:val="lowKashida"/>
              <w:rPr>
                <w:b/>
                <w:bCs/>
              </w:rPr>
            </w:pPr>
            <w:r w:rsidRPr="00314BBF">
              <w:rPr>
                <w:rFonts w:ascii="Arial" w:hAnsi="Arial"/>
                <w:b/>
                <w:bCs/>
                <w:sz w:val="20"/>
                <w:rtl/>
              </w:rPr>
              <w:t>منظمة الإغاثة الإسلامية - اليمن (IRY)</w:t>
            </w:r>
          </w:p>
        </w:tc>
      </w:tr>
      <w:tr w:rsidR="00AF6289" w14:paraId="2512859F" w14:textId="77777777">
        <w:trPr>
          <w:jc w:val="center"/>
        </w:trPr>
        <w:tc>
          <w:tcPr>
            <w:tcW w:w="3168" w:type="dxa"/>
            <w:shd w:val="clear" w:color="auto" w:fill="F2F4F7"/>
          </w:tcPr>
          <w:p w14:paraId="50ABD0AF" w14:textId="77777777" w:rsidR="00AF6289" w:rsidRPr="00314BBF" w:rsidRDefault="00F84BDA" w:rsidP="00401A00">
            <w:pPr>
              <w:bidi/>
              <w:jc w:val="lowKashida"/>
              <w:rPr>
                <w:bCs/>
              </w:rPr>
            </w:pPr>
            <w:r w:rsidRPr="00314BBF">
              <w:rPr>
                <w:rFonts w:ascii="Arial" w:hAnsi="Arial"/>
                <w:bCs/>
                <w:sz w:val="20"/>
                <w:rtl/>
              </w:rPr>
              <w:t>الرقم المرجعي للملف:</w:t>
            </w:r>
          </w:p>
        </w:tc>
        <w:tc>
          <w:tcPr>
            <w:tcW w:w="6192" w:type="dxa"/>
          </w:tcPr>
          <w:p w14:paraId="6A71A6A2" w14:textId="77777777" w:rsidR="00AF6289" w:rsidRPr="00314BBF" w:rsidRDefault="00F84BDA" w:rsidP="00401A00">
            <w:pPr>
              <w:bidi/>
              <w:jc w:val="lowKashida"/>
              <w:rPr>
                <w:b/>
                <w:bCs/>
              </w:rPr>
            </w:pPr>
            <w:r w:rsidRPr="00314BBF">
              <w:rPr>
                <w:rFonts w:ascii="Arial" w:hAnsi="Arial"/>
                <w:b/>
                <w:bCs/>
                <w:sz w:val="20"/>
                <w:rtl/>
              </w:rPr>
              <w:t>IRY/PQQ/YEM/2026/001</w:t>
            </w:r>
          </w:p>
        </w:tc>
      </w:tr>
      <w:tr w:rsidR="00AF6289" w14:paraId="6F1E8B1A" w14:textId="77777777">
        <w:trPr>
          <w:jc w:val="center"/>
        </w:trPr>
        <w:tc>
          <w:tcPr>
            <w:tcW w:w="3168" w:type="dxa"/>
            <w:shd w:val="clear" w:color="auto" w:fill="F2F4F7"/>
          </w:tcPr>
          <w:p w14:paraId="529CE666" w14:textId="77777777" w:rsidR="00AF6289" w:rsidRPr="00314BBF" w:rsidRDefault="00F84BDA" w:rsidP="00401A00">
            <w:pPr>
              <w:bidi/>
              <w:jc w:val="lowKashida"/>
              <w:rPr>
                <w:bCs/>
              </w:rPr>
            </w:pPr>
            <w:r w:rsidRPr="00314BBF">
              <w:rPr>
                <w:rFonts w:ascii="Arial" w:hAnsi="Arial"/>
                <w:bCs/>
                <w:sz w:val="20"/>
                <w:rtl/>
              </w:rPr>
              <w:t>تاريخ نشر الإعلان:</w:t>
            </w:r>
          </w:p>
        </w:tc>
        <w:tc>
          <w:tcPr>
            <w:tcW w:w="6192" w:type="dxa"/>
          </w:tcPr>
          <w:p w14:paraId="683FB563" w14:textId="77777777" w:rsidR="00AF6289" w:rsidRPr="00314BBF" w:rsidRDefault="00F84BDA" w:rsidP="00401A00">
            <w:pPr>
              <w:bidi/>
              <w:jc w:val="lowKashida"/>
              <w:rPr>
                <w:b/>
                <w:bCs/>
              </w:rPr>
            </w:pPr>
            <w:r w:rsidRPr="00314BBF">
              <w:rPr>
                <w:rFonts w:ascii="Arial" w:hAnsi="Arial"/>
                <w:b/>
                <w:bCs/>
                <w:sz w:val="20"/>
                <w:rtl/>
              </w:rPr>
              <w:t>8 سبتمبر 2026</w:t>
            </w:r>
          </w:p>
        </w:tc>
      </w:tr>
      <w:tr w:rsidR="00AF6289" w14:paraId="715536AA" w14:textId="77777777">
        <w:trPr>
          <w:jc w:val="center"/>
        </w:trPr>
        <w:tc>
          <w:tcPr>
            <w:tcW w:w="3168" w:type="dxa"/>
            <w:shd w:val="clear" w:color="auto" w:fill="F2F4F7"/>
          </w:tcPr>
          <w:p w14:paraId="01CB531E" w14:textId="77777777" w:rsidR="00AF6289" w:rsidRPr="00314BBF" w:rsidRDefault="00F84BDA" w:rsidP="00401A00">
            <w:pPr>
              <w:bidi/>
              <w:jc w:val="lowKashida"/>
              <w:rPr>
                <w:bCs/>
              </w:rPr>
            </w:pPr>
            <w:r w:rsidRPr="00314BBF">
              <w:rPr>
                <w:rFonts w:ascii="Arial" w:hAnsi="Arial"/>
                <w:bCs/>
                <w:sz w:val="20"/>
                <w:rtl/>
              </w:rPr>
              <w:t>الموعد النهائي لتقديم الطلبات:</w:t>
            </w:r>
          </w:p>
        </w:tc>
        <w:tc>
          <w:tcPr>
            <w:tcW w:w="6192" w:type="dxa"/>
          </w:tcPr>
          <w:p w14:paraId="70406450" w14:textId="77777777" w:rsidR="00AF6289" w:rsidRPr="00314BBF" w:rsidRDefault="00F84BDA" w:rsidP="00401A00">
            <w:pPr>
              <w:bidi/>
              <w:jc w:val="lowKashida"/>
              <w:rPr>
                <w:b/>
                <w:bCs/>
              </w:rPr>
            </w:pPr>
            <w:r w:rsidRPr="00314BBF">
              <w:rPr>
                <w:rFonts w:ascii="Arial" w:hAnsi="Arial"/>
                <w:b/>
                <w:bCs/>
                <w:sz w:val="20"/>
                <w:rtl/>
              </w:rPr>
              <w:t>22 سبتمبر 2026</w:t>
            </w:r>
          </w:p>
        </w:tc>
      </w:tr>
    </w:tbl>
    <w:p w14:paraId="6D1F145C" w14:textId="77777777" w:rsidR="00AF6289" w:rsidRDefault="00AF6289" w:rsidP="00401A00">
      <w:pPr>
        <w:bidi/>
        <w:spacing w:before="240"/>
        <w:jc w:val="lowKashida"/>
      </w:pPr>
    </w:p>
    <w:p w14:paraId="5C5D1052" w14:textId="77777777" w:rsidR="00AF6289" w:rsidRDefault="00F84BDA" w:rsidP="00401A00">
      <w:pPr>
        <w:bidi/>
        <w:spacing w:after="240"/>
        <w:jc w:val="lowKashida"/>
      </w:pPr>
      <w:r>
        <w:rPr>
          <w:rFonts w:ascii="Arial" w:hAnsi="Arial"/>
          <w:sz w:val="21"/>
          <w:rtl/>
        </w:rPr>
        <w:t>تطلق منظمة الإغاثة الإسلامية - اليمن (IRY) حملة شاملة على مستوى البلاد لتسجيل وتأهيل الموردين مسبقاً، وذلك لتوسيع وتحديث وتطوير قاعدة بيانات الموردين والمقاولين المعتمدين والمؤهلين لديها للفترة الممتدة حتى 6 يونيو 2028. تهدف هذه الحملة إلى تعزيز المشتريات الإنسانية التنافسية والشفافة والعادلة في اليمن من خلال إنشاء قائمة معتمدة من الشركات والمؤسسات ذات الكفاءة العالية في مختلف القطاعات التشغيلية.</w:t>
      </w:r>
    </w:p>
    <w:p w14:paraId="79480036" w14:textId="77777777" w:rsidR="00AF6289" w:rsidRDefault="00F84BDA" w:rsidP="00401A00">
      <w:pPr>
        <w:pStyle w:val="Heading1"/>
        <w:bidi/>
        <w:spacing w:before="280" w:after="120"/>
        <w:jc w:val="lowKashida"/>
      </w:pPr>
      <w:r>
        <w:rPr>
          <w:rFonts w:ascii="Arial" w:hAnsi="Arial"/>
          <w:color w:val="1F4E79"/>
          <w:rtl/>
        </w:rPr>
        <w:t>قطاعات ومجالات التوريد الأساسية</w:t>
      </w:r>
    </w:p>
    <w:p w14:paraId="5A3D236F" w14:textId="77777777" w:rsidR="00AF6289" w:rsidRDefault="00F84BDA" w:rsidP="00401A00">
      <w:pPr>
        <w:bidi/>
        <w:spacing w:after="160"/>
        <w:jc w:val="lowKashida"/>
      </w:pPr>
      <w:r>
        <w:rPr>
          <w:rFonts w:ascii="Arial" w:hAnsi="Arial"/>
          <w:sz w:val="21"/>
          <w:rtl/>
        </w:rPr>
        <w:t>تُدعى الشركات المهتمة للتسجيل في فئة واحدة أو أكثر من فئات الأعمال الأساسية التالية. ويجب على المتقدمين تحديد مجالاتهم الفنية والتقنية بدقة ضمن نموذج الاستبيان المخصص من قبل منظمة الإغاثة الإسلامية:</w:t>
      </w:r>
    </w:p>
    <w:tbl>
      <w:tblPr>
        <w:tblStyle w:val="TableGrid"/>
        <w:bidiVisual/>
        <w:tblW w:w="0" w:type="auto"/>
        <w:jc w:val="center"/>
        <w:tblLayout w:type="fixed"/>
        <w:tblLook w:val="04A0" w:firstRow="1" w:lastRow="0" w:firstColumn="1" w:lastColumn="0" w:noHBand="0" w:noVBand="1"/>
      </w:tblPr>
      <w:tblGrid>
        <w:gridCol w:w="2016"/>
        <w:gridCol w:w="1728"/>
        <w:gridCol w:w="1152"/>
        <w:gridCol w:w="3312"/>
        <w:gridCol w:w="1152"/>
      </w:tblGrid>
      <w:tr w:rsidR="00401A00" w:rsidRPr="00401A00" w14:paraId="3F8E4D65" w14:textId="77777777">
        <w:trPr>
          <w:cantSplit/>
          <w:tblHeader/>
          <w:jc w:val="center"/>
        </w:trPr>
        <w:tc>
          <w:tcPr>
            <w:tcW w:w="2016" w:type="dxa"/>
            <w:tcBorders>
              <w:top w:val="single" w:sz="4" w:space="0" w:color="auto"/>
              <w:left w:val="single" w:sz="4" w:space="0" w:color="auto"/>
              <w:bottom w:val="single" w:sz="4" w:space="0" w:color="auto"/>
              <w:right w:val="single" w:sz="4" w:space="0" w:color="auto"/>
            </w:tcBorders>
            <w:shd w:val="clear" w:color="auto" w:fill="1F4E79"/>
            <w:hideMark/>
          </w:tcPr>
          <w:p w14:paraId="02702584" w14:textId="77777777" w:rsidR="00401A00" w:rsidRPr="00401A00" w:rsidRDefault="00401A00" w:rsidP="00401A00">
            <w:pPr>
              <w:bidi/>
              <w:spacing w:before="240" w:after="200" w:line="276" w:lineRule="auto"/>
              <w:jc w:val="lowKashida"/>
              <w:rPr>
                <w:color w:val="FFFFFF" w:themeColor="background1"/>
                <w:sz w:val="20"/>
                <w:szCs w:val="20"/>
              </w:rPr>
            </w:pPr>
            <w:r w:rsidRPr="00401A00">
              <w:rPr>
                <w:b/>
                <w:color w:val="FFFFFF" w:themeColor="background1"/>
                <w:sz w:val="20"/>
                <w:szCs w:val="20"/>
                <w:rtl/>
              </w:rPr>
              <w:t>الفئة الرئيسية</w:t>
            </w:r>
          </w:p>
        </w:tc>
        <w:tc>
          <w:tcPr>
            <w:tcW w:w="1728" w:type="dxa"/>
            <w:tcBorders>
              <w:top w:val="single" w:sz="4" w:space="0" w:color="auto"/>
              <w:left w:val="single" w:sz="4" w:space="0" w:color="auto"/>
              <w:bottom w:val="single" w:sz="4" w:space="0" w:color="auto"/>
              <w:right w:val="single" w:sz="4" w:space="0" w:color="auto"/>
            </w:tcBorders>
            <w:shd w:val="clear" w:color="auto" w:fill="1F4E79"/>
            <w:hideMark/>
          </w:tcPr>
          <w:p w14:paraId="235BE397" w14:textId="77777777" w:rsidR="00401A00" w:rsidRPr="00401A00" w:rsidRDefault="00401A00" w:rsidP="00401A00">
            <w:pPr>
              <w:bidi/>
              <w:spacing w:before="240" w:after="200" w:line="276" w:lineRule="auto"/>
              <w:jc w:val="lowKashida"/>
              <w:rPr>
                <w:color w:val="FFFFFF" w:themeColor="background1"/>
                <w:sz w:val="20"/>
                <w:szCs w:val="20"/>
              </w:rPr>
            </w:pPr>
            <w:r w:rsidRPr="00401A00">
              <w:rPr>
                <w:b/>
                <w:color w:val="FFFFFF" w:themeColor="background1"/>
                <w:sz w:val="20"/>
                <w:szCs w:val="20"/>
                <w:rtl/>
              </w:rPr>
              <w:t>الفئة الفرعية</w:t>
            </w:r>
          </w:p>
        </w:tc>
        <w:tc>
          <w:tcPr>
            <w:tcW w:w="1152" w:type="dxa"/>
            <w:tcBorders>
              <w:top w:val="single" w:sz="4" w:space="0" w:color="auto"/>
              <w:left w:val="single" w:sz="4" w:space="0" w:color="auto"/>
              <w:bottom w:val="single" w:sz="4" w:space="0" w:color="auto"/>
              <w:right w:val="single" w:sz="4" w:space="0" w:color="auto"/>
            </w:tcBorders>
            <w:shd w:val="clear" w:color="auto" w:fill="1F4E79"/>
            <w:hideMark/>
          </w:tcPr>
          <w:p w14:paraId="1736D8E6" w14:textId="77777777" w:rsidR="00401A00" w:rsidRPr="00401A00" w:rsidRDefault="00401A00" w:rsidP="00401A00">
            <w:pPr>
              <w:bidi/>
              <w:spacing w:before="240" w:after="200" w:line="276" w:lineRule="auto"/>
              <w:jc w:val="lowKashida"/>
              <w:rPr>
                <w:color w:val="FFFFFF" w:themeColor="background1"/>
                <w:sz w:val="20"/>
                <w:szCs w:val="20"/>
              </w:rPr>
            </w:pPr>
            <w:r w:rsidRPr="00401A00">
              <w:rPr>
                <w:b/>
                <w:color w:val="FFFFFF" w:themeColor="background1"/>
                <w:sz w:val="20"/>
                <w:szCs w:val="20"/>
                <w:rtl/>
              </w:rPr>
              <w:t>رمز الفئة</w:t>
            </w:r>
          </w:p>
        </w:tc>
        <w:tc>
          <w:tcPr>
            <w:tcW w:w="3312" w:type="dxa"/>
            <w:tcBorders>
              <w:top w:val="single" w:sz="4" w:space="0" w:color="auto"/>
              <w:left w:val="single" w:sz="4" w:space="0" w:color="auto"/>
              <w:bottom w:val="single" w:sz="4" w:space="0" w:color="auto"/>
              <w:right w:val="single" w:sz="4" w:space="0" w:color="auto"/>
            </w:tcBorders>
            <w:shd w:val="clear" w:color="auto" w:fill="1F4E79"/>
            <w:hideMark/>
          </w:tcPr>
          <w:p w14:paraId="2E2BAD26" w14:textId="77777777" w:rsidR="00401A00" w:rsidRPr="00401A00" w:rsidRDefault="00401A00" w:rsidP="00401A00">
            <w:pPr>
              <w:bidi/>
              <w:spacing w:before="240" w:after="200" w:line="276" w:lineRule="auto"/>
              <w:jc w:val="lowKashida"/>
              <w:rPr>
                <w:color w:val="FFFFFF" w:themeColor="background1"/>
                <w:sz w:val="20"/>
                <w:szCs w:val="20"/>
              </w:rPr>
            </w:pPr>
            <w:r w:rsidRPr="00401A00">
              <w:rPr>
                <w:b/>
                <w:color w:val="FFFFFF" w:themeColor="background1"/>
                <w:sz w:val="20"/>
                <w:szCs w:val="20"/>
                <w:rtl/>
              </w:rPr>
              <w:t>النطاق التشغيلي / السلع والخدمات المشمولة</w:t>
            </w:r>
          </w:p>
        </w:tc>
        <w:tc>
          <w:tcPr>
            <w:tcW w:w="1152" w:type="dxa"/>
            <w:tcBorders>
              <w:top w:val="single" w:sz="4" w:space="0" w:color="auto"/>
              <w:left w:val="single" w:sz="4" w:space="0" w:color="auto"/>
              <w:bottom w:val="single" w:sz="4" w:space="0" w:color="auto"/>
              <w:right w:val="single" w:sz="4" w:space="0" w:color="auto"/>
            </w:tcBorders>
            <w:shd w:val="clear" w:color="auto" w:fill="1F4E79"/>
            <w:hideMark/>
          </w:tcPr>
          <w:p w14:paraId="5C9E4A1E" w14:textId="77777777" w:rsidR="00401A00" w:rsidRPr="00401A00" w:rsidRDefault="00401A00" w:rsidP="00401A00">
            <w:pPr>
              <w:bidi/>
              <w:spacing w:before="240" w:after="200" w:line="276" w:lineRule="auto"/>
              <w:jc w:val="lowKashida"/>
              <w:rPr>
                <w:color w:val="FFFFFF" w:themeColor="background1"/>
                <w:sz w:val="20"/>
                <w:szCs w:val="20"/>
              </w:rPr>
            </w:pPr>
            <w:r w:rsidRPr="00401A00">
              <w:rPr>
                <w:b/>
                <w:color w:val="FFFFFF" w:themeColor="background1"/>
                <w:sz w:val="20"/>
                <w:szCs w:val="20"/>
                <w:rtl/>
              </w:rPr>
              <w:t>المناطق المستهدفة</w:t>
            </w:r>
          </w:p>
        </w:tc>
      </w:tr>
      <w:tr w:rsidR="00401A00" w:rsidRPr="00401A00" w14:paraId="47D03B2A"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513BF621" w14:textId="77777777" w:rsidR="00401A00" w:rsidRPr="00401A00" w:rsidRDefault="00401A00" w:rsidP="00401A00">
            <w:pPr>
              <w:bidi/>
              <w:spacing w:before="240" w:after="200" w:line="276" w:lineRule="auto"/>
              <w:jc w:val="lowKashida"/>
              <w:rPr>
                <w:sz w:val="20"/>
                <w:szCs w:val="20"/>
              </w:rPr>
            </w:pPr>
            <w:r w:rsidRPr="00401A00">
              <w:rPr>
                <w:sz w:val="20"/>
                <w:szCs w:val="20"/>
                <w:rtl/>
              </w:rPr>
              <w:t>الطباعة، الترويج والإعلام</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045E330C" w14:textId="77777777" w:rsidR="00401A00" w:rsidRPr="00401A00" w:rsidRDefault="00401A00" w:rsidP="00401A00">
            <w:pPr>
              <w:bidi/>
              <w:spacing w:before="240" w:after="200" w:line="276" w:lineRule="auto"/>
              <w:jc w:val="lowKashida"/>
              <w:rPr>
                <w:sz w:val="20"/>
                <w:szCs w:val="20"/>
              </w:rPr>
            </w:pPr>
            <w:r w:rsidRPr="00401A00">
              <w:rPr>
                <w:sz w:val="20"/>
                <w:szCs w:val="20"/>
                <w:rtl/>
              </w:rPr>
              <w:t>التصوير الفوتوغرافي والفيديو</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2CD90BC8" w14:textId="77777777" w:rsidR="00401A00" w:rsidRPr="00401A00" w:rsidRDefault="00401A00" w:rsidP="00401A00">
            <w:pPr>
              <w:bidi/>
              <w:spacing w:before="240" w:after="200" w:line="276" w:lineRule="auto"/>
              <w:jc w:val="lowKashida"/>
              <w:rPr>
                <w:sz w:val="20"/>
                <w:szCs w:val="20"/>
              </w:rPr>
            </w:pPr>
            <w:r w:rsidRPr="00401A00">
              <w:rPr>
                <w:sz w:val="20"/>
                <w:szCs w:val="20"/>
              </w:rPr>
              <w:t>CAT-01-01</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1DA5C8E2" w14:textId="77777777" w:rsidR="00401A00" w:rsidRPr="00401A00" w:rsidRDefault="00401A00" w:rsidP="00401A00">
            <w:pPr>
              <w:bidi/>
              <w:spacing w:before="240" w:after="200" w:line="276" w:lineRule="auto"/>
              <w:jc w:val="lowKashida"/>
              <w:rPr>
                <w:sz w:val="20"/>
                <w:szCs w:val="20"/>
              </w:rPr>
            </w:pPr>
            <w:r w:rsidRPr="00401A00">
              <w:rPr>
                <w:sz w:val="20"/>
                <w:szCs w:val="20"/>
                <w:rtl/>
              </w:rPr>
              <w:t>الصحافة المصورة، إنتاج الفيديو التوثيقي، الرسوم المتحركة لوسائل التواصل الاجتماعي، التصميم الجرافيكي، وإنتاج المحتوى الفني.</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7C1835AD"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514EF85B"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1A7A83EA" w14:textId="77777777" w:rsidR="00401A00" w:rsidRPr="00401A00" w:rsidRDefault="00401A00" w:rsidP="00401A00">
            <w:pPr>
              <w:bidi/>
              <w:spacing w:before="240" w:after="200" w:line="276" w:lineRule="auto"/>
              <w:jc w:val="lowKashida"/>
              <w:rPr>
                <w:sz w:val="20"/>
                <w:szCs w:val="20"/>
              </w:rPr>
            </w:pPr>
            <w:r w:rsidRPr="00401A00">
              <w:rPr>
                <w:sz w:val="20"/>
                <w:szCs w:val="20"/>
                <w:rtl/>
              </w:rPr>
              <w:t>الطباعة، الترويج والإعلام</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692370B0" w14:textId="77777777" w:rsidR="00401A00" w:rsidRPr="00401A00" w:rsidRDefault="00401A00" w:rsidP="00401A00">
            <w:pPr>
              <w:bidi/>
              <w:spacing w:before="240" w:after="200" w:line="276" w:lineRule="auto"/>
              <w:jc w:val="lowKashida"/>
              <w:rPr>
                <w:sz w:val="20"/>
                <w:szCs w:val="20"/>
              </w:rPr>
            </w:pPr>
            <w:r w:rsidRPr="00401A00">
              <w:rPr>
                <w:sz w:val="20"/>
                <w:szCs w:val="20"/>
                <w:rtl/>
              </w:rPr>
              <w:t>الطباعة والترويج</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0FA6F11F" w14:textId="77777777" w:rsidR="00401A00" w:rsidRPr="00401A00" w:rsidRDefault="00401A00" w:rsidP="00401A00">
            <w:pPr>
              <w:bidi/>
              <w:spacing w:before="240" w:after="200" w:line="276" w:lineRule="auto"/>
              <w:jc w:val="lowKashida"/>
              <w:rPr>
                <w:sz w:val="20"/>
                <w:szCs w:val="20"/>
              </w:rPr>
            </w:pPr>
            <w:r w:rsidRPr="00401A00">
              <w:rPr>
                <w:sz w:val="20"/>
                <w:szCs w:val="20"/>
              </w:rPr>
              <w:t>CAT-01-02</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127CFC4B" w14:textId="77777777" w:rsidR="00401A00" w:rsidRPr="00401A00" w:rsidRDefault="00401A00" w:rsidP="00401A00">
            <w:pPr>
              <w:bidi/>
              <w:spacing w:before="240" w:after="200" w:line="276" w:lineRule="auto"/>
              <w:jc w:val="lowKashida"/>
              <w:rPr>
                <w:sz w:val="20"/>
                <w:szCs w:val="20"/>
              </w:rPr>
            </w:pPr>
            <w:r w:rsidRPr="00401A00">
              <w:rPr>
                <w:sz w:val="20"/>
                <w:szCs w:val="20"/>
                <w:rtl/>
              </w:rPr>
              <w:t>اللافتات، اللوحات الإرشادية، الخلفيات، ملصقات الجهات المانحة، منشورات المشاريع، القمصان، القبعات، والسترات الخاصة بإبراز هوية الفريق.</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5FE78E67"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5763A92D"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5D9AAD53" w14:textId="77777777" w:rsidR="00401A00" w:rsidRPr="00401A00" w:rsidRDefault="00401A00" w:rsidP="00401A00">
            <w:pPr>
              <w:bidi/>
              <w:spacing w:before="240" w:after="200" w:line="276" w:lineRule="auto"/>
              <w:jc w:val="lowKashida"/>
              <w:rPr>
                <w:sz w:val="20"/>
                <w:szCs w:val="20"/>
              </w:rPr>
            </w:pPr>
            <w:r w:rsidRPr="00401A00">
              <w:rPr>
                <w:sz w:val="20"/>
                <w:szCs w:val="20"/>
                <w:rtl/>
              </w:rPr>
              <w:t>الأمن الغذائي وسبل العيش والزراعة</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11F82312" w14:textId="77777777" w:rsidR="00401A00" w:rsidRPr="00401A00" w:rsidRDefault="00401A00" w:rsidP="00401A00">
            <w:pPr>
              <w:bidi/>
              <w:spacing w:before="240" w:after="200" w:line="276" w:lineRule="auto"/>
              <w:jc w:val="lowKashida"/>
              <w:rPr>
                <w:sz w:val="20"/>
                <w:szCs w:val="20"/>
              </w:rPr>
            </w:pPr>
            <w:r w:rsidRPr="00401A00">
              <w:rPr>
                <w:sz w:val="20"/>
                <w:szCs w:val="20"/>
                <w:rtl/>
              </w:rPr>
              <w:t>البذور الزراعية</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77661BD0" w14:textId="77777777" w:rsidR="00401A00" w:rsidRPr="00401A00" w:rsidRDefault="00401A00" w:rsidP="00401A00">
            <w:pPr>
              <w:bidi/>
              <w:spacing w:before="240" w:after="200" w:line="276" w:lineRule="auto"/>
              <w:jc w:val="lowKashida"/>
              <w:rPr>
                <w:sz w:val="20"/>
                <w:szCs w:val="20"/>
              </w:rPr>
            </w:pPr>
            <w:r w:rsidRPr="00401A00">
              <w:rPr>
                <w:sz w:val="20"/>
                <w:szCs w:val="20"/>
              </w:rPr>
              <w:t>CAT-02-01</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2345F632" w14:textId="77777777" w:rsidR="00401A00" w:rsidRPr="00401A00" w:rsidRDefault="00401A00" w:rsidP="00401A00">
            <w:pPr>
              <w:bidi/>
              <w:spacing w:before="240" w:after="200" w:line="276" w:lineRule="auto"/>
              <w:jc w:val="lowKashida"/>
              <w:rPr>
                <w:sz w:val="20"/>
                <w:szCs w:val="20"/>
              </w:rPr>
            </w:pPr>
            <w:r w:rsidRPr="00401A00">
              <w:rPr>
                <w:sz w:val="20"/>
                <w:szCs w:val="20"/>
                <w:rtl/>
              </w:rPr>
              <w:t>توريد بذور الخضروات والحبوب والأعلاف عالية الإنتاجية والمعتمدة للمناطق المناخية في اليمن.</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4E02AAEA"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5AC9319C"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255DF8D8" w14:textId="77777777" w:rsidR="00401A00" w:rsidRPr="00401A00" w:rsidRDefault="00401A00" w:rsidP="00401A00">
            <w:pPr>
              <w:bidi/>
              <w:spacing w:before="240" w:after="200" w:line="276" w:lineRule="auto"/>
              <w:jc w:val="lowKashida"/>
              <w:rPr>
                <w:sz w:val="20"/>
                <w:szCs w:val="20"/>
              </w:rPr>
            </w:pPr>
            <w:r w:rsidRPr="00401A00">
              <w:rPr>
                <w:sz w:val="20"/>
                <w:szCs w:val="20"/>
                <w:rtl/>
              </w:rPr>
              <w:t>الأمن الغذائي وسبل العيش والزراعة</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2120339D" w14:textId="77777777" w:rsidR="00401A00" w:rsidRPr="00401A00" w:rsidRDefault="00401A00" w:rsidP="00401A00">
            <w:pPr>
              <w:bidi/>
              <w:spacing w:before="240" w:after="200" w:line="276" w:lineRule="auto"/>
              <w:jc w:val="lowKashida"/>
              <w:rPr>
                <w:sz w:val="20"/>
                <w:szCs w:val="20"/>
              </w:rPr>
            </w:pPr>
            <w:r w:rsidRPr="00401A00">
              <w:rPr>
                <w:sz w:val="20"/>
                <w:szCs w:val="20"/>
                <w:rtl/>
              </w:rPr>
              <w:t>البيطرة</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6B68C9E7" w14:textId="77777777" w:rsidR="00401A00" w:rsidRPr="00401A00" w:rsidRDefault="00401A00" w:rsidP="00401A00">
            <w:pPr>
              <w:bidi/>
              <w:spacing w:before="240" w:after="200" w:line="276" w:lineRule="auto"/>
              <w:jc w:val="lowKashida"/>
              <w:rPr>
                <w:sz w:val="20"/>
                <w:szCs w:val="20"/>
              </w:rPr>
            </w:pPr>
            <w:r w:rsidRPr="00401A00">
              <w:rPr>
                <w:sz w:val="20"/>
                <w:szCs w:val="20"/>
              </w:rPr>
              <w:t>CAT-02-02</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2E1681C7" w14:textId="77777777" w:rsidR="00401A00" w:rsidRPr="00401A00" w:rsidRDefault="00401A00" w:rsidP="00401A00">
            <w:pPr>
              <w:bidi/>
              <w:spacing w:before="240" w:after="200" w:line="276" w:lineRule="auto"/>
              <w:jc w:val="lowKashida"/>
              <w:rPr>
                <w:sz w:val="20"/>
                <w:szCs w:val="20"/>
              </w:rPr>
            </w:pPr>
            <w:r w:rsidRPr="00401A00">
              <w:rPr>
                <w:sz w:val="20"/>
                <w:szCs w:val="20"/>
                <w:rtl/>
              </w:rPr>
              <w:t>لقاحات الماشية، علاجات الحيوانات، الدعم البيطري التشخيصي، وخدمات التدريب على تربية الحيوانات ورعايتها.</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307D87A2"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375468BC"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73810CC1" w14:textId="77777777" w:rsidR="00401A00" w:rsidRPr="00401A00" w:rsidRDefault="00401A00" w:rsidP="00401A00">
            <w:pPr>
              <w:bidi/>
              <w:spacing w:before="240" w:after="200" w:line="276" w:lineRule="auto"/>
              <w:jc w:val="lowKashida"/>
              <w:rPr>
                <w:sz w:val="20"/>
                <w:szCs w:val="20"/>
              </w:rPr>
            </w:pPr>
            <w:r w:rsidRPr="00401A00">
              <w:rPr>
                <w:sz w:val="20"/>
                <w:szCs w:val="20"/>
                <w:rtl/>
              </w:rPr>
              <w:lastRenderedPageBreak/>
              <w:t>الأمن الغذائي وسبل العيش والزراعة</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38D33536" w14:textId="77777777" w:rsidR="00401A00" w:rsidRPr="00401A00" w:rsidRDefault="00401A00" w:rsidP="00401A00">
            <w:pPr>
              <w:bidi/>
              <w:spacing w:before="240" w:after="200" w:line="276" w:lineRule="auto"/>
              <w:jc w:val="lowKashida"/>
              <w:rPr>
                <w:sz w:val="20"/>
                <w:szCs w:val="20"/>
              </w:rPr>
            </w:pPr>
            <w:r w:rsidRPr="00401A00">
              <w:rPr>
                <w:sz w:val="20"/>
                <w:szCs w:val="20"/>
                <w:rtl/>
              </w:rPr>
              <w:t>متطلبات سبل العيش والماشية</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19AD1E14" w14:textId="77777777" w:rsidR="00401A00" w:rsidRPr="00401A00" w:rsidRDefault="00401A00" w:rsidP="00401A00">
            <w:pPr>
              <w:bidi/>
              <w:spacing w:before="240" w:after="200" w:line="276" w:lineRule="auto"/>
              <w:jc w:val="lowKashida"/>
              <w:rPr>
                <w:sz w:val="20"/>
                <w:szCs w:val="20"/>
              </w:rPr>
            </w:pPr>
            <w:r w:rsidRPr="00401A00">
              <w:rPr>
                <w:sz w:val="20"/>
                <w:szCs w:val="20"/>
              </w:rPr>
              <w:t>CAT-02-03</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2167A75B" w14:textId="77777777" w:rsidR="00401A00" w:rsidRPr="00401A00" w:rsidRDefault="00401A00" w:rsidP="00401A00">
            <w:pPr>
              <w:bidi/>
              <w:spacing w:before="240" w:after="200" w:line="276" w:lineRule="auto"/>
              <w:jc w:val="lowKashida"/>
              <w:rPr>
                <w:sz w:val="20"/>
                <w:szCs w:val="20"/>
              </w:rPr>
            </w:pPr>
            <w:r w:rsidRPr="00401A00">
              <w:rPr>
                <w:sz w:val="20"/>
                <w:szCs w:val="20"/>
                <w:rtl/>
              </w:rPr>
              <w:t>توريد الأصول الحيوانية (الماعز، الضأن، الأبقار)، شهادات الخلو من الأمراض والصحة البيطرية، إمدادات الأعلاف، التدريب على تربية الحيوانات، والخدمات المساندة لمشاريع سبل العيش.</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208C097B"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03E32E7F"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3C42BEDA" w14:textId="77777777" w:rsidR="00401A00" w:rsidRPr="00401A00" w:rsidRDefault="00401A00" w:rsidP="00401A00">
            <w:pPr>
              <w:bidi/>
              <w:spacing w:before="240" w:after="200" w:line="276" w:lineRule="auto"/>
              <w:jc w:val="lowKashida"/>
              <w:rPr>
                <w:sz w:val="20"/>
                <w:szCs w:val="20"/>
              </w:rPr>
            </w:pPr>
            <w:r w:rsidRPr="00401A00">
              <w:rPr>
                <w:sz w:val="20"/>
                <w:szCs w:val="20"/>
                <w:rtl/>
              </w:rPr>
              <w:t>الأمن الغذائي وسبل العيش والزراعة</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67A080C4" w14:textId="77777777" w:rsidR="00401A00" w:rsidRPr="00401A00" w:rsidRDefault="00401A00" w:rsidP="00401A00">
            <w:pPr>
              <w:bidi/>
              <w:spacing w:before="240" w:after="200" w:line="276" w:lineRule="auto"/>
              <w:jc w:val="lowKashida"/>
              <w:rPr>
                <w:sz w:val="20"/>
                <w:szCs w:val="20"/>
              </w:rPr>
            </w:pPr>
            <w:r w:rsidRPr="00401A00">
              <w:rPr>
                <w:sz w:val="20"/>
                <w:szCs w:val="20"/>
                <w:rtl/>
              </w:rPr>
              <w:t>المواد والأدوات الزراعية</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1378DBA9" w14:textId="77777777" w:rsidR="00401A00" w:rsidRPr="00401A00" w:rsidRDefault="00401A00" w:rsidP="00401A00">
            <w:pPr>
              <w:bidi/>
              <w:spacing w:before="240" w:after="200" w:line="276" w:lineRule="auto"/>
              <w:jc w:val="lowKashida"/>
              <w:rPr>
                <w:sz w:val="20"/>
                <w:szCs w:val="20"/>
              </w:rPr>
            </w:pPr>
            <w:r w:rsidRPr="00401A00">
              <w:rPr>
                <w:sz w:val="20"/>
                <w:szCs w:val="20"/>
              </w:rPr>
              <w:t>CAT-02-04</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1E8FB0EC" w14:textId="77777777" w:rsidR="00401A00" w:rsidRPr="00401A00" w:rsidRDefault="00401A00" w:rsidP="00401A00">
            <w:pPr>
              <w:bidi/>
              <w:spacing w:before="240" w:after="200" w:line="276" w:lineRule="auto"/>
              <w:jc w:val="lowKashida"/>
              <w:rPr>
                <w:sz w:val="20"/>
                <w:szCs w:val="20"/>
              </w:rPr>
            </w:pPr>
            <w:r w:rsidRPr="00401A00">
              <w:rPr>
                <w:sz w:val="20"/>
                <w:szCs w:val="20"/>
                <w:rtl/>
              </w:rPr>
              <w:t>الأدوات اليدوية (المجارف، الفؤوس، الكواريف)، أنظمة الري الحديثة/الدقيقة، أطباق استنبات البذور، الأسمدة العضوية، والأغطية البلاستيكية للبيوت المحمية (الصوبات الزراعية).</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09830F00"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43533AC3"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3D7B7A28" w14:textId="77777777" w:rsidR="00401A00" w:rsidRPr="00401A00" w:rsidRDefault="00401A00" w:rsidP="00401A00">
            <w:pPr>
              <w:bidi/>
              <w:spacing w:before="240" w:after="200" w:line="276" w:lineRule="auto"/>
              <w:jc w:val="lowKashida"/>
              <w:rPr>
                <w:sz w:val="20"/>
                <w:szCs w:val="20"/>
              </w:rPr>
            </w:pPr>
            <w:r w:rsidRPr="00401A00">
              <w:rPr>
                <w:sz w:val="20"/>
                <w:szCs w:val="20"/>
                <w:rtl/>
              </w:rPr>
              <w:t>الأمن الغذائي وسبل العيش والزراعة</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450A16F7" w14:textId="77777777" w:rsidR="00401A00" w:rsidRPr="00401A00" w:rsidRDefault="00401A00" w:rsidP="00401A00">
            <w:pPr>
              <w:bidi/>
              <w:spacing w:before="240" w:after="200" w:line="276" w:lineRule="auto"/>
              <w:jc w:val="lowKashida"/>
              <w:rPr>
                <w:sz w:val="20"/>
                <w:szCs w:val="20"/>
              </w:rPr>
            </w:pPr>
            <w:r w:rsidRPr="00401A00">
              <w:rPr>
                <w:sz w:val="20"/>
                <w:szCs w:val="20"/>
                <w:rtl/>
              </w:rPr>
              <w:t>أدوات ومواد تربية النحل</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2F1FD1AE" w14:textId="77777777" w:rsidR="00401A00" w:rsidRPr="00401A00" w:rsidRDefault="00401A00" w:rsidP="00401A00">
            <w:pPr>
              <w:bidi/>
              <w:spacing w:before="240" w:after="200" w:line="276" w:lineRule="auto"/>
              <w:jc w:val="lowKashida"/>
              <w:rPr>
                <w:sz w:val="20"/>
                <w:szCs w:val="20"/>
              </w:rPr>
            </w:pPr>
            <w:r w:rsidRPr="00401A00">
              <w:rPr>
                <w:sz w:val="20"/>
                <w:szCs w:val="20"/>
              </w:rPr>
              <w:t>CAT-02-05</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72BBD2C7" w14:textId="77777777" w:rsidR="00401A00" w:rsidRPr="00401A00" w:rsidRDefault="00401A00" w:rsidP="00401A00">
            <w:pPr>
              <w:bidi/>
              <w:spacing w:before="240" w:after="200" w:line="276" w:lineRule="auto"/>
              <w:jc w:val="lowKashida"/>
              <w:rPr>
                <w:sz w:val="20"/>
                <w:szCs w:val="20"/>
              </w:rPr>
            </w:pPr>
            <w:r w:rsidRPr="00401A00">
              <w:rPr>
                <w:sz w:val="20"/>
                <w:szCs w:val="20"/>
                <w:rtl/>
              </w:rPr>
              <w:t>خلايا النحل، البدلات الواقية، القفازات، فرازات العسل، المداخن، طوائف النحل، وحقائب التدريب المتخصصة في تربية النحل لمشاريع سبل العيش.</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2A9222F1"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3ADCDC92"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6B02220E" w14:textId="77777777" w:rsidR="00401A00" w:rsidRPr="00401A00" w:rsidRDefault="00401A00" w:rsidP="00401A00">
            <w:pPr>
              <w:bidi/>
              <w:spacing w:before="240" w:after="200" w:line="276" w:lineRule="auto"/>
              <w:jc w:val="lowKashida"/>
              <w:rPr>
                <w:sz w:val="20"/>
                <w:szCs w:val="20"/>
              </w:rPr>
            </w:pPr>
            <w:r w:rsidRPr="00401A00">
              <w:rPr>
                <w:sz w:val="20"/>
                <w:szCs w:val="20"/>
                <w:rtl/>
              </w:rPr>
              <w:t>الغذاء والضيافة</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4BE15D69" w14:textId="77777777" w:rsidR="00401A00" w:rsidRPr="00401A00" w:rsidRDefault="00401A00" w:rsidP="00401A00">
            <w:pPr>
              <w:bidi/>
              <w:spacing w:before="240" w:after="200" w:line="276" w:lineRule="auto"/>
              <w:jc w:val="lowKashida"/>
              <w:rPr>
                <w:sz w:val="20"/>
                <w:szCs w:val="20"/>
              </w:rPr>
            </w:pPr>
            <w:r w:rsidRPr="00401A00">
              <w:rPr>
                <w:sz w:val="20"/>
                <w:szCs w:val="20"/>
                <w:rtl/>
              </w:rPr>
              <w:t>تجار الجملة للمواد الغذائية</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1FC95565" w14:textId="77777777" w:rsidR="00401A00" w:rsidRPr="00401A00" w:rsidRDefault="00401A00" w:rsidP="00401A00">
            <w:pPr>
              <w:bidi/>
              <w:spacing w:before="240" w:after="200" w:line="276" w:lineRule="auto"/>
              <w:jc w:val="lowKashida"/>
              <w:rPr>
                <w:sz w:val="20"/>
                <w:szCs w:val="20"/>
              </w:rPr>
            </w:pPr>
            <w:r w:rsidRPr="00401A00">
              <w:rPr>
                <w:sz w:val="20"/>
                <w:szCs w:val="20"/>
              </w:rPr>
              <w:t>CAT-03-01</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09DDCBC7" w14:textId="77777777" w:rsidR="00401A00" w:rsidRPr="00401A00" w:rsidRDefault="00401A00" w:rsidP="00401A00">
            <w:pPr>
              <w:bidi/>
              <w:spacing w:before="240" w:after="200" w:line="276" w:lineRule="auto"/>
              <w:jc w:val="lowKashida"/>
              <w:rPr>
                <w:sz w:val="20"/>
                <w:szCs w:val="20"/>
              </w:rPr>
            </w:pPr>
            <w:r w:rsidRPr="00401A00">
              <w:rPr>
                <w:sz w:val="20"/>
                <w:szCs w:val="20"/>
                <w:rtl/>
              </w:rPr>
              <w:t>التوريد بالجملة لدقيق القمح، السكر، الزيت النباتي، الأرز، البقوليات، والمواد الغذائية الجافة المخصصة للسلال الغذائية.</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1CDF3ABB"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43C52FE0"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46068F33" w14:textId="77777777" w:rsidR="00401A00" w:rsidRPr="00401A00" w:rsidRDefault="00401A00" w:rsidP="00401A00">
            <w:pPr>
              <w:bidi/>
              <w:spacing w:before="240" w:after="200" w:line="276" w:lineRule="auto"/>
              <w:jc w:val="lowKashida"/>
              <w:rPr>
                <w:sz w:val="20"/>
                <w:szCs w:val="20"/>
              </w:rPr>
            </w:pPr>
            <w:r w:rsidRPr="00401A00">
              <w:rPr>
                <w:sz w:val="20"/>
                <w:szCs w:val="20"/>
                <w:rtl/>
              </w:rPr>
              <w:t>الغذاء والضيافة</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04B08048" w14:textId="77777777" w:rsidR="00401A00" w:rsidRPr="00401A00" w:rsidRDefault="00401A00" w:rsidP="00401A00">
            <w:pPr>
              <w:bidi/>
              <w:spacing w:before="240" w:after="200" w:line="276" w:lineRule="auto"/>
              <w:jc w:val="lowKashida"/>
              <w:rPr>
                <w:sz w:val="20"/>
                <w:szCs w:val="20"/>
              </w:rPr>
            </w:pPr>
            <w:r w:rsidRPr="00401A00">
              <w:rPr>
                <w:sz w:val="20"/>
                <w:szCs w:val="20"/>
                <w:rtl/>
              </w:rPr>
              <w:t>الفنادق والشقق السكنية والمؤتمرات</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0235FB17" w14:textId="77777777" w:rsidR="00401A00" w:rsidRPr="00401A00" w:rsidRDefault="00401A00" w:rsidP="00401A00">
            <w:pPr>
              <w:bidi/>
              <w:spacing w:before="240" w:after="200" w:line="276" w:lineRule="auto"/>
              <w:jc w:val="lowKashida"/>
              <w:rPr>
                <w:sz w:val="20"/>
                <w:szCs w:val="20"/>
              </w:rPr>
            </w:pPr>
            <w:r w:rsidRPr="00401A00">
              <w:rPr>
                <w:sz w:val="20"/>
                <w:szCs w:val="20"/>
              </w:rPr>
              <w:t>CAT-03-02</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6BEE45EB" w14:textId="77777777" w:rsidR="00401A00" w:rsidRPr="00401A00" w:rsidRDefault="00401A00" w:rsidP="00401A00">
            <w:pPr>
              <w:bidi/>
              <w:spacing w:before="240" w:after="200" w:line="276" w:lineRule="auto"/>
              <w:jc w:val="lowKashida"/>
              <w:rPr>
                <w:sz w:val="20"/>
                <w:szCs w:val="20"/>
              </w:rPr>
            </w:pPr>
            <w:r w:rsidRPr="00401A00">
              <w:rPr>
                <w:sz w:val="20"/>
                <w:szCs w:val="20"/>
                <w:rtl/>
              </w:rPr>
              <w:t>الإقامة الفندقية، إيجار الشقق التنفيذية، حجز قاعات الاجتماعات، واستضافة ورش العمل والمؤتمرات.</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2EFD3ACA"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5C86F44F"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7ECA6BB4" w14:textId="77777777" w:rsidR="00401A00" w:rsidRPr="00401A00" w:rsidRDefault="00401A00" w:rsidP="00401A00">
            <w:pPr>
              <w:bidi/>
              <w:spacing w:before="240" w:after="200" w:line="276" w:lineRule="auto"/>
              <w:jc w:val="lowKashida"/>
              <w:rPr>
                <w:sz w:val="20"/>
                <w:szCs w:val="20"/>
              </w:rPr>
            </w:pPr>
            <w:r w:rsidRPr="00401A00">
              <w:rPr>
                <w:sz w:val="20"/>
                <w:szCs w:val="20"/>
                <w:rtl/>
              </w:rPr>
              <w:t>الغذاء والضيافة</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3692D599" w14:textId="77777777" w:rsidR="00401A00" w:rsidRPr="00401A00" w:rsidRDefault="00401A00" w:rsidP="00401A00">
            <w:pPr>
              <w:bidi/>
              <w:spacing w:before="240" w:after="200" w:line="276" w:lineRule="auto"/>
              <w:jc w:val="lowKashida"/>
              <w:rPr>
                <w:sz w:val="20"/>
                <w:szCs w:val="20"/>
              </w:rPr>
            </w:pPr>
            <w:r w:rsidRPr="00401A00">
              <w:rPr>
                <w:sz w:val="20"/>
                <w:szCs w:val="20"/>
                <w:rtl/>
              </w:rPr>
              <w:t>إيجار القاعات والمساحات</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3A191624" w14:textId="77777777" w:rsidR="00401A00" w:rsidRPr="00401A00" w:rsidRDefault="00401A00" w:rsidP="00401A00">
            <w:pPr>
              <w:bidi/>
              <w:spacing w:before="240" w:after="200" w:line="276" w:lineRule="auto"/>
              <w:jc w:val="lowKashida"/>
              <w:rPr>
                <w:sz w:val="20"/>
                <w:szCs w:val="20"/>
              </w:rPr>
            </w:pPr>
            <w:r w:rsidRPr="00401A00">
              <w:rPr>
                <w:sz w:val="20"/>
                <w:szCs w:val="20"/>
              </w:rPr>
              <w:t>CAT-03-03</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6F732876" w14:textId="77777777" w:rsidR="00401A00" w:rsidRPr="00401A00" w:rsidRDefault="00401A00" w:rsidP="00401A00">
            <w:pPr>
              <w:bidi/>
              <w:spacing w:before="240" w:after="200" w:line="276" w:lineRule="auto"/>
              <w:jc w:val="lowKashida"/>
              <w:rPr>
                <w:sz w:val="20"/>
                <w:szCs w:val="20"/>
              </w:rPr>
            </w:pPr>
            <w:r w:rsidRPr="00401A00">
              <w:rPr>
                <w:sz w:val="20"/>
                <w:szCs w:val="20"/>
                <w:rtl/>
              </w:rPr>
              <w:t>استئجار قاعات ورش العمل الكبيرة، قاعات التدريب المحلية، وقاعات الاجتماعات المجتمعية خارج الفنادق.</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2FE4185A"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402DE159"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40575CB5" w14:textId="77777777" w:rsidR="00401A00" w:rsidRPr="00401A00" w:rsidRDefault="00401A00" w:rsidP="00401A00">
            <w:pPr>
              <w:bidi/>
              <w:spacing w:before="240" w:after="200" w:line="276" w:lineRule="auto"/>
              <w:jc w:val="lowKashida"/>
              <w:rPr>
                <w:sz w:val="20"/>
                <w:szCs w:val="20"/>
              </w:rPr>
            </w:pPr>
            <w:r w:rsidRPr="00401A00">
              <w:rPr>
                <w:sz w:val="20"/>
                <w:szCs w:val="20"/>
                <w:rtl/>
              </w:rPr>
              <w:t>التعليم وحماية الطفل</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728C55B5" w14:textId="77777777" w:rsidR="00401A00" w:rsidRPr="00401A00" w:rsidRDefault="00401A00" w:rsidP="00401A00">
            <w:pPr>
              <w:bidi/>
              <w:spacing w:before="240" w:after="200" w:line="276" w:lineRule="auto"/>
              <w:jc w:val="lowKashida"/>
              <w:rPr>
                <w:sz w:val="20"/>
                <w:szCs w:val="20"/>
              </w:rPr>
            </w:pPr>
            <w:r w:rsidRPr="00401A00">
              <w:rPr>
                <w:sz w:val="20"/>
                <w:szCs w:val="20"/>
                <w:rtl/>
              </w:rPr>
              <w:t>المواد والمستلزمات الترفيهية للأطفال</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0CC0E550" w14:textId="77777777" w:rsidR="00401A00" w:rsidRPr="00401A00" w:rsidRDefault="00401A00" w:rsidP="00401A00">
            <w:pPr>
              <w:bidi/>
              <w:spacing w:before="240" w:after="200" w:line="276" w:lineRule="auto"/>
              <w:jc w:val="lowKashida"/>
              <w:rPr>
                <w:sz w:val="20"/>
                <w:szCs w:val="20"/>
              </w:rPr>
            </w:pPr>
            <w:r w:rsidRPr="00401A00">
              <w:rPr>
                <w:sz w:val="20"/>
                <w:szCs w:val="20"/>
              </w:rPr>
              <w:t>CAT-04-01</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5F29D88C" w14:textId="77777777" w:rsidR="00401A00" w:rsidRPr="00401A00" w:rsidRDefault="00401A00" w:rsidP="00401A00">
            <w:pPr>
              <w:bidi/>
              <w:spacing w:before="240" w:after="200" w:line="276" w:lineRule="auto"/>
              <w:jc w:val="lowKashida"/>
              <w:rPr>
                <w:sz w:val="20"/>
                <w:szCs w:val="20"/>
              </w:rPr>
            </w:pPr>
            <w:r w:rsidRPr="00401A00">
              <w:rPr>
                <w:sz w:val="20"/>
                <w:szCs w:val="20"/>
                <w:rtl/>
              </w:rPr>
              <w:t>توريد الألعاب، مستلزمات ساحات اللعب، حقائب الدعم النفسي والاجتماعي، والمواد الترفيهية الأساسية.</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63654C52"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2DA92868"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3B2ADAF7" w14:textId="77777777" w:rsidR="00401A00" w:rsidRPr="00401A00" w:rsidRDefault="00401A00" w:rsidP="00401A00">
            <w:pPr>
              <w:bidi/>
              <w:spacing w:before="240" w:after="200" w:line="276" w:lineRule="auto"/>
              <w:jc w:val="lowKashida"/>
              <w:rPr>
                <w:sz w:val="20"/>
                <w:szCs w:val="20"/>
              </w:rPr>
            </w:pPr>
            <w:r w:rsidRPr="00401A00">
              <w:rPr>
                <w:sz w:val="20"/>
                <w:szCs w:val="20"/>
                <w:rtl/>
              </w:rPr>
              <w:t>التعليم وحماية الطفل</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761F0214" w14:textId="77777777" w:rsidR="00401A00" w:rsidRPr="00401A00" w:rsidRDefault="00401A00" w:rsidP="00401A00">
            <w:pPr>
              <w:bidi/>
              <w:spacing w:before="240" w:after="200" w:line="276" w:lineRule="auto"/>
              <w:jc w:val="lowKashida"/>
              <w:rPr>
                <w:sz w:val="20"/>
                <w:szCs w:val="20"/>
              </w:rPr>
            </w:pPr>
            <w:r w:rsidRPr="00401A00">
              <w:rPr>
                <w:sz w:val="20"/>
                <w:szCs w:val="20"/>
                <w:rtl/>
              </w:rPr>
              <w:t>الحقائب المدرسية</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1E9FBCFE" w14:textId="77777777" w:rsidR="00401A00" w:rsidRPr="00401A00" w:rsidRDefault="00401A00" w:rsidP="00401A00">
            <w:pPr>
              <w:bidi/>
              <w:spacing w:before="240" w:after="200" w:line="276" w:lineRule="auto"/>
              <w:jc w:val="lowKashida"/>
              <w:rPr>
                <w:sz w:val="20"/>
                <w:szCs w:val="20"/>
              </w:rPr>
            </w:pPr>
            <w:r w:rsidRPr="00401A00">
              <w:rPr>
                <w:sz w:val="20"/>
                <w:szCs w:val="20"/>
              </w:rPr>
              <w:t>CAT-04-02</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71221C56" w14:textId="77777777" w:rsidR="00401A00" w:rsidRPr="00401A00" w:rsidRDefault="00401A00" w:rsidP="00401A00">
            <w:pPr>
              <w:bidi/>
              <w:spacing w:before="240" w:after="200" w:line="276" w:lineRule="auto"/>
              <w:jc w:val="lowKashida"/>
              <w:rPr>
                <w:sz w:val="20"/>
                <w:szCs w:val="20"/>
              </w:rPr>
            </w:pPr>
            <w:r w:rsidRPr="00401A00">
              <w:rPr>
                <w:sz w:val="20"/>
                <w:szCs w:val="20"/>
                <w:rtl/>
              </w:rPr>
              <w:t>حقائب الظهر للطلاب التي تحتوي على الدفاتر، الأقلام الجافة والرصاص، الممحاة، المساطر، أدوات الرسم، والمواد التعليمية الأساسية للمشاريع التعليمية.</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44A5F4B2"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7EA0FA84"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4D7FEC28" w14:textId="77777777" w:rsidR="00401A00" w:rsidRPr="00401A00" w:rsidRDefault="00401A00" w:rsidP="00401A00">
            <w:pPr>
              <w:bidi/>
              <w:spacing w:before="240" w:after="200" w:line="276" w:lineRule="auto"/>
              <w:jc w:val="lowKashida"/>
              <w:rPr>
                <w:sz w:val="20"/>
                <w:szCs w:val="20"/>
              </w:rPr>
            </w:pPr>
            <w:r w:rsidRPr="00401A00">
              <w:rPr>
                <w:sz w:val="20"/>
                <w:szCs w:val="20"/>
                <w:rtl/>
              </w:rPr>
              <w:lastRenderedPageBreak/>
              <w:t>التعليم وحماية الطفل</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3F939439" w14:textId="77777777" w:rsidR="00401A00" w:rsidRPr="00401A00" w:rsidRDefault="00401A00" w:rsidP="00401A00">
            <w:pPr>
              <w:bidi/>
              <w:spacing w:before="240" w:after="200" w:line="276" w:lineRule="auto"/>
              <w:jc w:val="lowKashida"/>
              <w:rPr>
                <w:sz w:val="20"/>
                <w:szCs w:val="20"/>
              </w:rPr>
            </w:pPr>
            <w:r w:rsidRPr="00401A00">
              <w:rPr>
                <w:sz w:val="20"/>
                <w:szCs w:val="20"/>
                <w:rtl/>
              </w:rPr>
              <w:t>الأثاث والمعدات المدرسية</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1BAA1272" w14:textId="77777777" w:rsidR="00401A00" w:rsidRPr="00401A00" w:rsidRDefault="00401A00" w:rsidP="00401A00">
            <w:pPr>
              <w:bidi/>
              <w:spacing w:before="240" w:after="200" w:line="276" w:lineRule="auto"/>
              <w:jc w:val="lowKashida"/>
              <w:rPr>
                <w:sz w:val="20"/>
                <w:szCs w:val="20"/>
              </w:rPr>
            </w:pPr>
            <w:r w:rsidRPr="00401A00">
              <w:rPr>
                <w:sz w:val="20"/>
                <w:szCs w:val="20"/>
              </w:rPr>
              <w:t>CAT-04-03</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66925AAE" w14:textId="77777777" w:rsidR="00401A00" w:rsidRPr="00401A00" w:rsidRDefault="00401A00" w:rsidP="00401A00">
            <w:pPr>
              <w:bidi/>
              <w:spacing w:before="240" w:after="200" w:line="276" w:lineRule="auto"/>
              <w:jc w:val="lowKashida"/>
              <w:rPr>
                <w:sz w:val="20"/>
                <w:szCs w:val="20"/>
              </w:rPr>
            </w:pPr>
            <w:r w:rsidRPr="00401A00">
              <w:rPr>
                <w:sz w:val="20"/>
                <w:szCs w:val="20"/>
                <w:rtl/>
              </w:rPr>
              <w:t>المقاعد الدراسية، الكراسي، طاولات المعلمين، السبورة البيضاء، دواليب الملفات الفولاذية، رفوف الكتب، وخزائن الطلاب.</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17ADB90E"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583F6ED0"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00B78F25" w14:textId="77777777" w:rsidR="00401A00" w:rsidRPr="00401A00" w:rsidRDefault="00401A00" w:rsidP="00401A00">
            <w:pPr>
              <w:bidi/>
              <w:spacing w:before="240" w:after="200" w:line="276" w:lineRule="auto"/>
              <w:jc w:val="lowKashida"/>
              <w:rPr>
                <w:sz w:val="20"/>
                <w:szCs w:val="20"/>
              </w:rPr>
            </w:pPr>
            <w:r w:rsidRPr="00401A00">
              <w:rPr>
                <w:sz w:val="20"/>
                <w:szCs w:val="20"/>
                <w:rtl/>
              </w:rPr>
              <w:t>تكنولوجيا المعلومات والاتصالات</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1CFB3537" w14:textId="77777777" w:rsidR="00401A00" w:rsidRPr="00401A00" w:rsidRDefault="00401A00" w:rsidP="00401A00">
            <w:pPr>
              <w:bidi/>
              <w:spacing w:before="240" w:after="200" w:line="276" w:lineRule="auto"/>
              <w:jc w:val="lowKashida"/>
              <w:rPr>
                <w:sz w:val="20"/>
                <w:szCs w:val="20"/>
              </w:rPr>
            </w:pPr>
            <w:r w:rsidRPr="00401A00">
              <w:rPr>
                <w:sz w:val="20"/>
                <w:szCs w:val="20"/>
                <w:rtl/>
              </w:rPr>
              <w:t>أجهزة الكمبيوتر ومعدات تقنية المعلومات</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6C35505A" w14:textId="77777777" w:rsidR="00401A00" w:rsidRPr="00401A00" w:rsidRDefault="00401A00" w:rsidP="00401A00">
            <w:pPr>
              <w:bidi/>
              <w:spacing w:before="240" w:after="200" w:line="276" w:lineRule="auto"/>
              <w:jc w:val="lowKashida"/>
              <w:rPr>
                <w:sz w:val="20"/>
                <w:szCs w:val="20"/>
              </w:rPr>
            </w:pPr>
            <w:r w:rsidRPr="00401A00">
              <w:rPr>
                <w:sz w:val="20"/>
                <w:szCs w:val="20"/>
              </w:rPr>
              <w:t>CAT-06-02</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54587C13" w14:textId="77777777" w:rsidR="00401A00" w:rsidRPr="00401A00" w:rsidRDefault="00401A00" w:rsidP="00401A00">
            <w:pPr>
              <w:bidi/>
              <w:spacing w:before="240" w:after="200" w:line="276" w:lineRule="auto"/>
              <w:jc w:val="lowKashida"/>
              <w:rPr>
                <w:sz w:val="20"/>
                <w:szCs w:val="20"/>
              </w:rPr>
            </w:pPr>
            <w:r w:rsidRPr="00401A00">
              <w:rPr>
                <w:sz w:val="20"/>
                <w:szCs w:val="20"/>
                <w:rtl/>
              </w:rPr>
              <w:t>أجهزة الكمبيوتر المحمولة والمكتبية، الشاشات، الطابعات، الماسحات الضوئية، الموجهات (الروترات)، الموزعات (السويتشات)، وكابلات الشبكات.</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619CD25F"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59B36ED8"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148AF569" w14:textId="77777777" w:rsidR="00401A00" w:rsidRPr="00401A00" w:rsidRDefault="00401A00" w:rsidP="00401A00">
            <w:pPr>
              <w:bidi/>
              <w:spacing w:before="240" w:after="200" w:line="276" w:lineRule="auto"/>
              <w:jc w:val="lowKashida"/>
              <w:rPr>
                <w:sz w:val="20"/>
                <w:szCs w:val="20"/>
              </w:rPr>
            </w:pPr>
            <w:r w:rsidRPr="00401A00">
              <w:rPr>
                <w:sz w:val="20"/>
                <w:szCs w:val="20"/>
                <w:rtl/>
              </w:rPr>
              <w:t>البنية التحتية والأشغال والإنشاءات</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31F57A70" w14:textId="77777777" w:rsidR="00401A00" w:rsidRPr="00401A00" w:rsidRDefault="00401A00" w:rsidP="00401A00">
            <w:pPr>
              <w:bidi/>
              <w:spacing w:before="240" w:after="200" w:line="276" w:lineRule="auto"/>
              <w:jc w:val="lowKashida"/>
              <w:rPr>
                <w:sz w:val="20"/>
                <w:szCs w:val="20"/>
              </w:rPr>
            </w:pPr>
            <w:r w:rsidRPr="00401A00">
              <w:rPr>
                <w:sz w:val="20"/>
                <w:szCs w:val="20"/>
                <w:rtl/>
              </w:rPr>
              <w:t>الإنشاءات وإعادة التأهيل</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3166E47E" w14:textId="77777777" w:rsidR="00401A00" w:rsidRPr="00401A00" w:rsidRDefault="00401A00" w:rsidP="00401A00">
            <w:pPr>
              <w:bidi/>
              <w:spacing w:before="240" w:after="200" w:line="276" w:lineRule="auto"/>
              <w:jc w:val="lowKashida"/>
              <w:rPr>
                <w:sz w:val="20"/>
                <w:szCs w:val="20"/>
              </w:rPr>
            </w:pPr>
            <w:r w:rsidRPr="00401A00">
              <w:rPr>
                <w:sz w:val="20"/>
                <w:szCs w:val="20"/>
              </w:rPr>
              <w:t>CAT-07-01</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53588C64" w14:textId="77777777" w:rsidR="00401A00" w:rsidRPr="00401A00" w:rsidRDefault="00401A00" w:rsidP="00401A00">
            <w:pPr>
              <w:bidi/>
              <w:spacing w:before="240" w:after="200" w:line="276" w:lineRule="auto"/>
              <w:jc w:val="lowKashida"/>
              <w:rPr>
                <w:sz w:val="20"/>
                <w:szCs w:val="20"/>
              </w:rPr>
            </w:pPr>
            <w:r w:rsidRPr="00401A00">
              <w:rPr>
                <w:sz w:val="20"/>
                <w:szCs w:val="20"/>
                <w:rtl/>
              </w:rPr>
              <w:t>الأعمال الإنشائية، إعادة تأهيل المدارس، إعادة تأهيل المراكز الصحية، إنشاء شبكات المياه والتي تتطلب شهادات هندسة إنشائية واعتمادات جداول الكميات. إعادة تأهيل شبكات المياه البلدية، حفر الآبار الارتوازية، حملات النظافة والوعي الصحي، وأعمال المراحيض العامة.</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070EB146"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6AE3F4DB"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53B038F2" w14:textId="77777777" w:rsidR="00401A00" w:rsidRPr="00401A00" w:rsidRDefault="00401A00" w:rsidP="00401A00">
            <w:pPr>
              <w:bidi/>
              <w:spacing w:before="240" w:after="200" w:line="276" w:lineRule="auto"/>
              <w:jc w:val="lowKashida"/>
              <w:rPr>
                <w:sz w:val="20"/>
                <w:szCs w:val="20"/>
              </w:rPr>
            </w:pPr>
            <w:r w:rsidRPr="00401A00">
              <w:rPr>
                <w:sz w:val="20"/>
                <w:szCs w:val="20"/>
                <w:rtl/>
              </w:rPr>
              <w:t>الخدمات اللوجستية والنقل والمشتريات</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2A858C02" w14:textId="77777777" w:rsidR="00401A00" w:rsidRPr="00401A00" w:rsidRDefault="00401A00" w:rsidP="00401A00">
            <w:pPr>
              <w:bidi/>
              <w:spacing w:before="240" w:after="200" w:line="276" w:lineRule="auto"/>
              <w:jc w:val="lowKashida"/>
              <w:rPr>
                <w:sz w:val="20"/>
                <w:szCs w:val="20"/>
              </w:rPr>
            </w:pPr>
            <w:r w:rsidRPr="00401A00">
              <w:rPr>
                <w:sz w:val="20"/>
                <w:szCs w:val="20"/>
                <w:rtl/>
              </w:rPr>
              <w:t>وكيل سفر</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6058F860" w14:textId="77777777" w:rsidR="00401A00" w:rsidRPr="00401A00" w:rsidRDefault="00401A00" w:rsidP="00401A00">
            <w:pPr>
              <w:bidi/>
              <w:spacing w:before="240" w:after="200" w:line="276" w:lineRule="auto"/>
              <w:jc w:val="lowKashida"/>
              <w:rPr>
                <w:sz w:val="20"/>
                <w:szCs w:val="20"/>
              </w:rPr>
            </w:pPr>
            <w:r w:rsidRPr="00401A00">
              <w:rPr>
                <w:sz w:val="20"/>
                <w:szCs w:val="20"/>
              </w:rPr>
              <w:t>CAT-08-01</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503D57EF" w14:textId="77777777" w:rsidR="00401A00" w:rsidRPr="00401A00" w:rsidRDefault="00401A00" w:rsidP="00401A00">
            <w:pPr>
              <w:bidi/>
              <w:spacing w:before="240" w:after="200" w:line="276" w:lineRule="auto"/>
              <w:jc w:val="lowKashida"/>
              <w:rPr>
                <w:sz w:val="20"/>
                <w:szCs w:val="20"/>
              </w:rPr>
            </w:pPr>
            <w:r w:rsidRPr="00401A00">
              <w:rPr>
                <w:sz w:val="20"/>
                <w:szCs w:val="20"/>
                <w:rtl/>
              </w:rPr>
              <w:t>حجز تذاكر الطيران الدولية والمحلية، الحجوزات الفندقية، وخدمات دعم السفر في حالات الطوارئ.</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5C635C97"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5EF1E430"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463553E5" w14:textId="77777777" w:rsidR="00401A00" w:rsidRPr="00401A00" w:rsidRDefault="00401A00" w:rsidP="00401A00">
            <w:pPr>
              <w:bidi/>
              <w:spacing w:before="240" w:after="200" w:line="276" w:lineRule="auto"/>
              <w:jc w:val="lowKashida"/>
              <w:rPr>
                <w:sz w:val="20"/>
                <w:szCs w:val="20"/>
              </w:rPr>
            </w:pPr>
            <w:r w:rsidRPr="00401A00">
              <w:rPr>
                <w:sz w:val="20"/>
                <w:szCs w:val="20"/>
                <w:rtl/>
              </w:rPr>
              <w:t>الخدمات اللوجستية والنقل والمشتريات</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06E0460C" w14:textId="77777777" w:rsidR="00401A00" w:rsidRPr="00401A00" w:rsidRDefault="00401A00" w:rsidP="00401A00">
            <w:pPr>
              <w:bidi/>
              <w:spacing w:before="240" w:after="200" w:line="276" w:lineRule="auto"/>
              <w:jc w:val="lowKashida"/>
              <w:rPr>
                <w:sz w:val="20"/>
                <w:szCs w:val="20"/>
              </w:rPr>
            </w:pPr>
            <w:r w:rsidRPr="00401A00">
              <w:rPr>
                <w:sz w:val="20"/>
                <w:szCs w:val="20"/>
                <w:rtl/>
              </w:rPr>
              <w:t>تأجير السيارات</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64EBE345" w14:textId="77777777" w:rsidR="00401A00" w:rsidRPr="00401A00" w:rsidRDefault="00401A00" w:rsidP="00401A00">
            <w:pPr>
              <w:bidi/>
              <w:spacing w:before="240" w:after="200" w:line="276" w:lineRule="auto"/>
              <w:jc w:val="lowKashida"/>
              <w:rPr>
                <w:sz w:val="20"/>
                <w:szCs w:val="20"/>
              </w:rPr>
            </w:pPr>
            <w:r w:rsidRPr="00401A00">
              <w:rPr>
                <w:sz w:val="20"/>
                <w:szCs w:val="20"/>
              </w:rPr>
              <w:t>CAT-08-02</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487AAEA6" w14:textId="77777777" w:rsidR="00401A00" w:rsidRPr="00401A00" w:rsidRDefault="00401A00" w:rsidP="00401A00">
            <w:pPr>
              <w:bidi/>
              <w:spacing w:before="240" w:after="200" w:line="276" w:lineRule="auto"/>
              <w:jc w:val="lowKashida"/>
              <w:rPr>
                <w:sz w:val="20"/>
                <w:szCs w:val="20"/>
              </w:rPr>
            </w:pPr>
            <w:r w:rsidRPr="00401A00">
              <w:rPr>
                <w:sz w:val="20"/>
                <w:szCs w:val="20"/>
                <w:rtl/>
              </w:rPr>
              <w:t>استئجار سيارات الدفع الرباعي للرحلات الميدانية، حافلات نقل الركاب، شاحنات النقل الخدمية، بسائق أو بدون سائق.</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258AF551"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28636551"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00CBF562" w14:textId="77777777" w:rsidR="00401A00" w:rsidRPr="00401A00" w:rsidRDefault="00401A00" w:rsidP="00401A00">
            <w:pPr>
              <w:bidi/>
              <w:spacing w:before="240" w:after="200" w:line="276" w:lineRule="auto"/>
              <w:jc w:val="lowKashida"/>
              <w:rPr>
                <w:sz w:val="20"/>
                <w:szCs w:val="20"/>
              </w:rPr>
            </w:pPr>
            <w:r w:rsidRPr="00401A00">
              <w:rPr>
                <w:sz w:val="20"/>
                <w:szCs w:val="20"/>
                <w:rtl/>
              </w:rPr>
              <w:t>المياه والإصحاح البيئي</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2B917251" w14:textId="77777777" w:rsidR="00401A00" w:rsidRPr="00401A00" w:rsidRDefault="00401A00" w:rsidP="00401A00">
            <w:pPr>
              <w:bidi/>
              <w:spacing w:before="240" w:after="200" w:line="276" w:lineRule="auto"/>
              <w:jc w:val="lowKashida"/>
              <w:rPr>
                <w:sz w:val="20"/>
                <w:szCs w:val="20"/>
              </w:rPr>
            </w:pPr>
            <w:r w:rsidRPr="00401A00">
              <w:rPr>
                <w:sz w:val="20"/>
                <w:szCs w:val="20"/>
                <w:rtl/>
              </w:rPr>
              <w:t>المستلزمات والمواد الصحية</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05DB4C5F" w14:textId="77777777" w:rsidR="00401A00" w:rsidRPr="00401A00" w:rsidRDefault="00401A00" w:rsidP="00401A00">
            <w:pPr>
              <w:bidi/>
              <w:spacing w:before="240" w:after="200" w:line="276" w:lineRule="auto"/>
              <w:jc w:val="lowKashida"/>
              <w:rPr>
                <w:sz w:val="20"/>
                <w:szCs w:val="20"/>
              </w:rPr>
            </w:pPr>
            <w:r w:rsidRPr="00401A00">
              <w:rPr>
                <w:sz w:val="20"/>
                <w:szCs w:val="20"/>
              </w:rPr>
              <w:t>CAT-09-01</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490D874E" w14:textId="77777777" w:rsidR="00401A00" w:rsidRPr="00401A00" w:rsidRDefault="00401A00" w:rsidP="00401A00">
            <w:pPr>
              <w:bidi/>
              <w:spacing w:before="240" w:after="200" w:line="276" w:lineRule="auto"/>
              <w:jc w:val="lowKashida"/>
              <w:rPr>
                <w:sz w:val="20"/>
                <w:szCs w:val="20"/>
              </w:rPr>
            </w:pPr>
            <w:r w:rsidRPr="00401A00">
              <w:rPr>
                <w:sz w:val="20"/>
                <w:szCs w:val="20"/>
                <w:rtl/>
              </w:rPr>
              <w:t>حقائب النظافة الشخصية للمؤسسات، صابون اليدين، المطهرات الكيميائية، الفوط الصحية، وصابون التنظيف العام.</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270C92AB"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6B69CC18"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08329AF0" w14:textId="77777777" w:rsidR="00401A00" w:rsidRPr="00401A00" w:rsidRDefault="00401A00" w:rsidP="00401A00">
            <w:pPr>
              <w:bidi/>
              <w:spacing w:before="240" w:after="200" w:line="276" w:lineRule="auto"/>
              <w:jc w:val="lowKashida"/>
              <w:rPr>
                <w:sz w:val="20"/>
                <w:szCs w:val="20"/>
              </w:rPr>
            </w:pPr>
            <w:r w:rsidRPr="00401A00">
              <w:rPr>
                <w:sz w:val="20"/>
                <w:szCs w:val="20"/>
                <w:rtl/>
              </w:rPr>
              <w:t>المياه والإصحاح البيئي</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186E99BE" w14:textId="77777777" w:rsidR="00401A00" w:rsidRPr="00401A00" w:rsidRDefault="00401A00" w:rsidP="00401A00">
            <w:pPr>
              <w:bidi/>
              <w:spacing w:before="240" w:after="200" w:line="276" w:lineRule="auto"/>
              <w:jc w:val="lowKashida"/>
              <w:rPr>
                <w:sz w:val="20"/>
                <w:szCs w:val="20"/>
              </w:rPr>
            </w:pPr>
            <w:r w:rsidRPr="00401A00">
              <w:rPr>
                <w:sz w:val="20"/>
                <w:szCs w:val="20"/>
                <w:rtl/>
              </w:rPr>
              <w:t>مضخات المياه ومعدات الإصحاح</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660CDC79" w14:textId="77777777" w:rsidR="00401A00" w:rsidRPr="00401A00" w:rsidRDefault="00401A00" w:rsidP="00401A00">
            <w:pPr>
              <w:bidi/>
              <w:spacing w:before="240" w:after="200" w:line="276" w:lineRule="auto"/>
              <w:jc w:val="lowKashida"/>
              <w:rPr>
                <w:sz w:val="20"/>
                <w:szCs w:val="20"/>
              </w:rPr>
            </w:pPr>
            <w:r w:rsidRPr="00401A00">
              <w:rPr>
                <w:sz w:val="20"/>
                <w:szCs w:val="20"/>
              </w:rPr>
              <w:t>CAT-09-02</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1672EE9E" w14:textId="77777777" w:rsidR="00401A00" w:rsidRPr="00401A00" w:rsidRDefault="00401A00" w:rsidP="00401A00">
            <w:pPr>
              <w:bidi/>
              <w:spacing w:before="240" w:after="200" w:line="276" w:lineRule="auto"/>
              <w:jc w:val="lowKashida"/>
              <w:rPr>
                <w:sz w:val="20"/>
                <w:szCs w:val="20"/>
              </w:rPr>
            </w:pPr>
            <w:r w:rsidRPr="00401A00">
              <w:rPr>
                <w:sz w:val="20"/>
                <w:szCs w:val="20"/>
                <w:rtl/>
              </w:rPr>
              <w:t>مضخات المياه الغاطسة، مجموعات مضخات المياه التي تعمل بالطاقة الشمسية أو الديزل، المضخات المعززة، وأنابيب المياه.</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5238E303"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797532B0"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54C7A509" w14:textId="77777777" w:rsidR="00401A00" w:rsidRPr="00401A00" w:rsidRDefault="00401A00" w:rsidP="00401A00">
            <w:pPr>
              <w:bidi/>
              <w:spacing w:before="240" w:after="200" w:line="276" w:lineRule="auto"/>
              <w:jc w:val="lowKashida"/>
              <w:rPr>
                <w:sz w:val="20"/>
                <w:szCs w:val="20"/>
              </w:rPr>
            </w:pPr>
            <w:r w:rsidRPr="00401A00">
              <w:rPr>
                <w:sz w:val="20"/>
                <w:szCs w:val="20"/>
                <w:rtl/>
              </w:rPr>
              <w:t>الطاقة والمرافق والكهرباء</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0A132EE7" w14:textId="77777777" w:rsidR="00401A00" w:rsidRPr="00401A00" w:rsidRDefault="00401A00" w:rsidP="00401A00">
            <w:pPr>
              <w:bidi/>
              <w:spacing w:before="240" w:after="200" w:line="276" w:lineRule="auto"/>
              <w:jc w:val="lowKashida"/>
              <w:rPr>
                <w:sz w:val="20"/>
                <w:szCs w:val="20"/>
              </w:rPr>
            </w:pPr>
            <w:r w:rsidRPr="00401A00">
              <w:rPr>
                <w:sz w:val="20"/>
                <w:szCs w:val="20"/>
                <w:rtl/>
              </w:rPr>
              <w:t>إمدادات الوقود</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1CFB0539" w14:textId="77777777" w:rsidR="00401A00" w:rsidRPr="00401A00" w:rsidRDefault="00401A00" w:rsidP="00401A00">
            <w:pPr>
              <w:bidi/>
              <w:spacing w:before="240" w:after="200" w:line="276" w:lineRule="auto"/>
              <w:jc w:val="lowKashida"/>
              <w:rPr>
                <w:sz w:val="20"/>
                <w:szCs w:val="20"/>
              </w:rPr>
            </w:pPr>
            <w:r w:rsidRPr="00401A00">
              <w:rPr>
                <w:sz w:val="20"/>
                <w:szCs w:val="20"/>
              </w:rPr>
              <w:t>CAT-10-01</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6504231D" w14:textId="77777777" w:rsidR="00401A00" w:rsidRPr="00401A00" w:rsidRDefault="00401A00" w:rsidP="00401A00">
            <w:pPr>
              <w:bidi/>
              <w:spacing w:before="240" w:after="200" w:line="276" w:lineRule="auto"/>
              <w:jc w:val="lowKashida"/>
              <w:rPr>
                <w:sz w:val="20"/>
                <w:szCs w:val="20"/>
              </w:rPr>
            </w:pPr>
            <w:r w:rsidRPr="00401A00">
              <w:rPr>
                <w:sz w:val="20"/>
                <w:szCs w:val="20"/>
                <w:rtl/>
              </w:rPr>
              <w:t>توريد البترول (الجازولين) والديزل والزيوت والشحوم بالجملة، وتوصيل الوقود للمركبات والمولدات.</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6AC3ED58"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3BF9E651"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20269575" w14:textId="77777777" w:rsidR="00401A00" w:rsidRPr="00401A00" w:rsidRDefault="00401A00" w:rsidP="00401A00">
            <w:pPr>
              <w:bidi/>
              <w:spacing w:before="240" w:after="200" w:line="276" w:lineRule="auto"/>
              <w:jc w:val="lowKashida"/>
              <w:rPr>
                <w:sz w:val="20"/>
                <w:szCs w:val="20"/>
              </w:rPr>
            </w:pPr>
            <w:r w:rsidRPr="00401A00">
              <w:rPr>
                <w:sz w:val="20"/>
                <w:szCs w:val="20"/>
                <w:rtl/>
              </w:rPr>
              <w:lastRenderedPageBreak/>
              <w:t>الطاقة والمرافق والكهرباء</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03406560" w14:textId="77777777" w:rsidR="00401A00" w:rsidRPr="00401A00" w:rsidRDefault="00401A00" w:rsidP="00401A00">
            <w:pPr>
              <w:bidi/>
              <w:spacing w:before="240" w:after="200" w:line="276" w:lineRule="auto"/>
              <w:jc w:val="lowKashida"/>
              <w:rPr>
                <w:sz w:val="20"/>
                <w:szCs w:val="20"/>
              </w:rPr>
            </w:pPr>
            <w:r w:rsidRPr="00401A00">
              <w:rPr>
                <w:sz w:val="20"/>
                <w:szCs w:val="20"/>
                <w:rtl/>
              </w:rPr>
              <w:t>الأنظمة الشمسية</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587DCC5F" w14:textId="77777777" w:rsidR="00401A00" w:rsidRPr="00401A00" w:rsidRDefault="00401A00" w:rsidP="00401A00">
            <w:pPr>
              <w:bidi/>
              <w:spacing w:before="240" w:after="200" w:line="276" w:lineRule="auto"/>
              <w:jc w:val="lowKashida"/>
              <w:rPr>
                <w:sz w:val="20"/>
                <w:szCs w:val="20"/>
              </w:rPr>
            </w:pPr>
            <w:r w:rsidRPr="00401A00">
              <w:rPr>
                <w:sz w:val="20"/>
                <w:szCs w:val="20"/>
              </w:rPr>
              <w:t>CAT-10-02</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6D1630B4" w14:textId="77777777" w:rsidR="00401A00" w:rsidRPr="00401A00" w:rsidRDefault="00401A00" w:rsidP="00401A00">
            <w:pPr>
              <w:bidi/>
              <w:spacing w:before="240" w:after="200" w:line="276" w:lineRule="auto"/>
              <w:jc w:val="lowKashida"/>
              <w:rPr>
                <w:sz w:val="20"/>
                <w:szCs w:val="20"/>
              </w:rPr>
            </w:pPr>
            <w:r w:rsidRPr="00401A00">
              <w:rPr>
                <w:sz w:val="20"/>
                <w:szCs w:val="20"/>
                <w:rtl/>
              </w:rPr>
              <w:t>الألواح الشمسية الكهروضوئية، بطاريات الليثيوم والبطاريات الأنبوبية، محولات الطاقة الشمسية الهجينة (الانفيرترات)، الهياكل الحاملة، والاختبارات الفنية.</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07575238"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14F80F3B"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7D057F33" w14:textId="77777777" w:rsidR="00401A00" w:rsidRPr="00401A00" w:rsidRDefault="00401A00" w:rsidP="00401A00">
            <w:pPr>
              <w:bidi/>
              <w:spacing w:before="240" w:after="200" w:line="276" w:lineRule="auto"/>
              <w:jc w:val="lowKashida"/>
              <w:rPr>
                <w:sz w:val="20"/>
                <w:szCs w:val="20"/>
              </w:rPr>
            </w:pPr>
            <w:r w:rsidRPr="00401A00">
              <w:rPr>
                <w:sz w:val="20"/>
                <w:szCs w:val="20"/>
                <w:rtl/>
              </w:rPr>
              <w:t>المستلزمات العامة والإدارة</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56EDB632" w14:textId="77777777" w:rsidR="00401A00" w:rsidRPr="00401A00" w:rsidRDefault="00401A00" w:rsidP="00401A00">
            <w:pPr>
              <w:bidi/>
              <w:spacing w:before="240" w:after="200" w:line="276" w:lineRule="auto"/>
              <w:jc w:val="lowKashida"/>
              <w:rPr>
                <w:sz w:val="20"/>
                <w:szCs w:val="20"/>
              </w:rPr>
            </w:pPr>
            <w:r w:rsidRPr="00401A00">
              <w:rPr>
                <w:sz w:val="20"/>
                <w:szCs w:val="20"/>
                <w:rtl/>
              </w:rPr>
              <w:t>الأثاث والمعدات المكتبية</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787380F1" w14:textId="77777777" w:rsidR="00401A00" w:rsidRPr="00401A00" w:rsidRDefault="00401A00" w:rsidP="00401A00">
            <w:pPr>
              <w:bidi/>
              <w:spacing w:before="240" w:after="200" w:line="276" w:lineRule="auto"/>
              <w:jc w:val="lowKashida"/>
              <w:rPr>
                <w:sz w:val="20"/>
                <w:szCs w:val="20"/>
              </w:rPr>
            </w:pPr>
            <w:r w:rsidRPr="00401A00">
              <w:rPr>
                <w:sz w:val="20"/>
                <w:szCs w:val="20"/>
              </w:rPr>
              <w:t>CAT-11-01</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02268328" w14:textId="77777777" w:rsidR="00401A00" w:rsidRPr="00401A00" w:rsidRDefault="00401A00" w:rsidP="00401A00">
            <w:pPr>
              <w:bidi/>
              <w:spacing w:before="240" w:after="200" w:line="276" w:lineRule="auto"/>
              <w:jc w:val="lowKashida"/>
              <w:rPr>
                <w:sz w:val="20"/>
                <w:szCs w:val="20"/>
              </w:rPr>
            </w:pPr>
            <w:r w:rsidRPr="00401A00">
              <w:rPr>
                <w:sz w:val="20"/>
                <w:szCs w:val="20"/>
                <w:rtl/>
              </w:rPr>
              <w:t>المكاتب، الكراسي المريحة (الطبية)، خزائن التخزين، الخزائن الحديدية المؤمنة، رفوف حفظ الملفات، السبورة البيضاء، والقواطع المكتبية.</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1A8254B3"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7AE438A1"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0B6CF765" w14:textId="77777777" w:rsidR="00401A00" w:rsidRPr="00401A00" w:rsidRDefault="00401A00" w:rsidP="00401A00">
            <w:pPr>
              <w:bidi/>
              <w:spacing w:before="240" w:after="200" w:line="276" w:lineRule="auto"/>
              <w:jc w:val="lowKashida"/>
              <w:rPr>
                <w:sz w:val="20"/>
                <w:szCs w:val="20"/>
              </w:rPr>
            </w:pPr>
            <w:r w:rsidRPr="00401A00">
              <w:rPr>
                <w:sz w:val="20"/>
                <w:szCs w:val="20"/>
                <w:rtl/>
              </w:rPr>
              <w:t>المستلزمات العامة والإدارة</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6E5B9091" w14:textId="77777777" w:rsidR="00401A00" w:rsidRPr="00401A00" w:rsidRDefault="00401A00" w:rsidP="00401A00">
            <w:pPr>
              <w:bidi/>
              <w:spacing w:before="240" w:after="200" w:line="276" w:lineRule="auto"/>
              <w:jc w:val="lowKashida"/>
              <w:rPr>
                <w:sz w:val="20"/>
                <w:szCs w:val="20"/>
              </w:rPr>
            </w:pPr>
            <w:r w:rsidRPr="00401A00">
              <w:rPr>
                <w:sz w:val="20"/>
                <w:szCs w:val="20"/>
                <w:rtl/>
              </w:rPr>
              <w:t>القرطاسية والمستلزمات المكتبية</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49C5F154" w14:textId="77777777" w:rsidR="00401A00" w:rsidRPr="00401A00" w:rsidRDefault="00401A00" w:rsidP="00401A00">
            <w:pPr>
              <w:bidi/>
              <w:spacing w:before="240" w:after="200" w:line="276" w:lineRule="auto"/>
              <w:jc w:val="lowKashida"/>
              <w:rPr>
                <w:sz w:val="20"/>
                <w:szCs w:val="20"/>
              </w:rPr>
            </w:pPr>
            <w:r w:rsidRPr="00401A00">
              <w:rPr>
                <w:sz w:val="20"/>
                <w:szCs w:val="20"/>
              </w:rPr>
              <w:t>CAT-11-02</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49C7F7A9" w14:textId="77777777" w:rsidR="00401A00" w:rsidRPr="00401A00" w:rsidRDefault="00401A00" w:rsidP="00401A00">
            <w:pPr>
              <w:bidi/>
              <w:spacing w:before="240" w:after="200" w:line="276" w:lineRule="auto"/>
              <w:jc w:val="lowKashida"/>
              <w:rPr>
                <w:sz w:val="20"/>
                <w:szCs w:val="20"/>
              </w:rPr>
            </w:pPr>
            <w:r w:rsidRPr="00401A00">
              <w:rPr>
                <w:sz w:val="20"/>
                <w:szCs w:val="20"/>
                <w:rtl/>
              </w:rPr>
              <w:t>أدوات القرطاسية المكتبية عالية الجودة، ورق الطباعة، الدفاتر، الدباسات، الملفات، آلات تمزيق الورق، الآلات الحاسبة، منظمات المكاتب الإدارية، صناديق الأرشيف، المجلدات، والمواد الكتابية المتنوعة.</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1774E790"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70A4AA04"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205D76F8" w14:textId="77777777" w:rsidR="00401A00" w:rsidRPr="00401A00" w:rsidRDefault="00401A00" w:rsidP="00401A00">
            <w:pPr>
              <w:bidi/>
              <w:spacing w:before="240" w:after="200" w:line="276" w:lineRule="auto"/>
              <w:jc w:val="lowKashida"/>
              <w:rPr>
                <w:sz w:val="20"/>
                <w:szCs w:val="20"/>
              </w:rPr>
            </w:pPr>
            <w:r w:rsidRPr="00401A00">
              <w:rPr>
                <w:sz w:val="20"/>
                <w:szCs w:val="20"/>
                <w:rtl/>
              </w:rPr>
              <w:t>المستلزمات العامة والإدارة</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3CA9D2F3" w14:textId="77777777" w:rsidR="00401A00" w:rsidRPr="00401A00" w:rsidRDefault="00401A00" w:rsidP="00401A00">
            <w:pPr>
              <w:bidi/>
              <w:spacing w:before="240" w:after="200" w:line="276" w:lineRule="auto"/>
              <w:jc w:val="lowKashida"/>
              <w:rPr>
                <w:sz w:val="20"/>
                <w:szCs w:val="20"/>
              </w:rPr>
            </w:pPr>
            <w:r w:rsidRPr="00401A00">
              <w:rPr>
                <w:sz w:val="20"/>
                <w:szCs w:val="20"/>
                <w:rtl/>
              </w:rPr>
              <w:t>مواد وأدوات التنظيف</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5A0E795C" w14:textId="77777777" w:rsidR="00401A00" w:rsidRPr="00401A00" w:rsidRDefault="00401A00" w:rsidP="00401A00">
            <w:pPr>
              <w:bidi/>
              <w:spacing w:before="240" w:after="200" w:line="276" w:lineRule="auto"/>
              <w:jc w:val="lowKashida"/>
              <w:rPr>
                <w:sz w:val="20"/>
                <w:szCs w:val="20"/>
              </w:rPr>
            </w:pPr>
            <w:r w:rsidRPr="00401A00">
              <w:rPr>
                <w:sz w:val="20"/>
                <w:szCs w:val="20"/>
              </w:rPr>
              <w:t>CAT-11-03</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7852AA64" w14:textId="77777777" w:rsidR="00401A00" w:rsidRPr="00401A00" w:rsidRDefault="00401A00" w:rsidP="00401A00">
            <w:pPr>
              <w:bidi/>
              <w:spacing w:before="240" w:after="200" w:line="276" w:lineRule="auto"/>
              <w:jc w:val="lowKashida"/>
              <w:rPr>
                <w:sz w:val="20"/>
                <w:szCs w:val="20"/>
              </w:rPr>
            </w:pPr>
            <w:r w:rsidRPr="00401A00">
              <w:rPr>
                <w:sz w:val="20"/>
                <w:szCs w:val="20"/>
                <w:rtl/>
              </w:rPr>
              <w:t>منظفات ومطهرات الغسيل والتنظيف بالجملة، المساحات، المكانس، المكانس الكهربائية، سلال المهملات، ومواد مكافحة الآفات والحشرات.</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165FB4B8"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6F1F4893"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781B5DFA" w14:textId="77777777" w:rsidR="00401A00" w:rsidRPr="00401A00" w:rsidRDefault="00401A00" w:rsidP="00401A00">
            <w:pPr>
              <w:bidi/>
              <w:spacing w:before="240" w:after="200" w:line="276" w:lineRule="auto"/>
              <w:jc w:val="lowKashida"/>
              <w:rPr>
                <w:sz w:val="20"/>
                <w:szCs w:val="20"/>
              </w:rPr>
            </w:pPr>
            <w:r w:rsidRPr="00401A00">
              <w:rPr>
                <w:sz w:val="20"/>
                <w:szCs w:val="20"/>
                <w:rtl/>
              </w:rPr>
              <w:t>الإيواء والمواد غير الغذائية والأمن</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4CF129D8" w14:textId="77777777" w:rsidR="00401A00" w:rsidRPr="00401A00" w:rsidRDefault="00401A00" w:rsidP="00401A00">
            <w:pPr>
              <w:bidi/>
              <w:spacing w:before="240" w:after="200" w:line="276" w:lineRule="auto"/>
              <w:jc w:val="lowKashida"/>
              <w:rPr>
                <w:sz w:val="20"/>
                <w:szCs w:val="20"/>
              </w:rPr>
            </w:pPr>
            <w:r w:rsidRPr="00401A00">
              <w:rPr>
                <w:sz w:val="20"/>
                <w:szCs w:val="20"/>
                <w:rtl/>
              </w:rPr>
              <w:t>السلع والمواد غير الغذائية</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5ADF1E35" w14:textId="77777777" w:rsidR="00401A00" w:rsidRPr="00401A00" w:rsidRDefault="00401A00" w:rsidP="00401A00">
            <w:pPr>
              <w:bidi/>
              <w:spacing w:before="240" w:after="200" w:line="276" w:lineRule="auto"/>
              <w:jc w:val="lowKashida"/>
              <w:rPr>
                <w:sz w:val="20"/>
                <w:szCs w:val="20"/>
              </w:rPr>
            </w:pPr>
            <w:r w:rsidRPr="00401A00">
              <w:rPr>
                <w:sz w:val="20"/>
                <w:szCs w:val="20"/>
              </w:rPr>
              <w:t>CAT-12-01</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3C96AFD2" w14:textId="77777777" w:rsidR="00401A00" w:rsidRPr="00401A00" w:rsidRDefault="00401A00" w:rsidP="00401A00">
            <w:pPr>
              <w:bidi/>
              <w:spacing w:before="240" w:after="200" w:line="276" w:lineRule="auto"/>
              <w:jc w:val="lowKashida"/>
              <w:rPr>
                <w:sz w:val="20"/>
                <w:szCs w:val="20"/>
              </w:rPr>
            </w:pPr>
            <w:r w:rsidRPr="00401A00">
              <w:rPr>
                <w:sz w:val="20"/>
                <w:szCs w:val="20"/>
                <w:rtl/>
              </w:rPr>
              <w:t>توريد مجموعات البطانيات، الملابس الشتوية والحرارية، فرش النوم، أدوات المطبخ، والطرابيل البلاستيكية.</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7BE3D996"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1009F954"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1E301DA0" w14:textId="77777777" w:rsidR="00401A00" w:rsidRPr="00401A00" w:rsidRDefault="00401A00" w:rsidP="00401A00">
            <w:pPr>
              <w:bidi/>
              <w:spacing w:before="240" w:after="200" w:line="276" w:lineRule="auto"/>
              <w:jc w:val="lowKashida"/>
              <w:rPr>
                <w:sz w:val="20"/>
                <w:szCs w:val="20"/>
              </w:rPr>
            </w:pPr>
            <w:r w:rsidRPr="00401A00">
              <w:rPr>
                <w:sz w:val="20"/>
                <w:szCs w:val="20"/>
                <w:rtl/>
              </w:rPr>
              <w:t>الإيواء والمواد غير الغذائية والأمن</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36ED3E18" w14:textId="77777777" w:rsidR="00401A00" w:rsidRPr="00401A00" w:rsidRDefault="00401A00" w:rsidP="00401A00">
            <w:pPr>
              <w:bidi/>
              <w:spacing w:before="240" w:after="200" w:line="276" w:lineRule="auto"/>
              <w:jc w:val="lowKashida"/>
              <w:rPr>
                <w:sz w:val="20"/>
                <w:szCs w:val="20"/>
              </w:rPr>
            </w:pPr>
            <w:r w:rsidRPr="00401A00">
              <w:rPr>
                <w:sz w:val="20"/>
                <w:szCs w:val="20"/>
                <w:rtl/>
              </w:rPr>
              <w:t>الأمن والسلامة</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4673F6AF" w14:textId="77777777" w:rsidR="00401A00" w:rsidRPr="00401A00" w:rsidRDefault="00401A00" w:rsidP="00401A00">
            <w:pPr>
              <w:bidi/>
              <w:spacing w:before="240" w:after="200" w:line="276" w:lineRule="auto"/>
              <w:jc w:val="lowKashida"/>
              <w:rPr>
                <w:sz w:val="20"/>
                <w:szCs w:val="20"/>
              </w:rPr>
            </w:pPr>
            <w:r w:rsidRPr="00401A00">
              <w:rPr>
                <w:sz w:val="20"/>
                <w:szCs w:val="20"/>
              </w:rPr>
              <w:t>CAT-12-02</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69CB7ADA" w14:textId="77777777" w:rsidR="00401A00" w:rsidRPr="00401A00" w:rsidRDefault="00401A00" w:rsidP="00401A00">
            <w:pPr>
              <w:bidi/>
              <w:spacing w:before="240" w:after="200" w:line="276" w:lineRule="auto"/>
              <w:jc w:val="lowKashida"/>
              <w:rPr>
                <w:sz w:val="20"/>
                <w:szCs w:val="20"/>
              </w:rPr>
            </w:pPr>
            <w:r w:rsidRPr="00401A00">
              <w:rPr>
                <w:sz w:val="20"/>
                <w:szCs w:val="20"/>
                <w:rtl/>
              </w:rPr>
              <w:t>توفير حراس أمن مرخصين ومؤهلين ومدربين لحماية مكاتب منظمة الإغاثة الإسلامية ومستودعاتها وبيوت الضيافة التابعة لها.</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3E34F0E3"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6041A29D"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69AEBC38" w14:textId="77777777" w:rsidR="00401A00" w:rsidRPr="00401A00" w:rsidRDefault="00401A00" w:rsidP="00401A00">
            <w:pPr>
              <w:bidi/>
              <w:spacing w:before="240" w:after="200" w:line="276" w:lineRule="auto"/>
              <w:jc w:val="lowKashida"/>
              <w:rPr>
                <w:sz w:val="20"/>
                <w:szCs w:val="20"/>
              </w:rPr>
            </w:pPr>
            <w:r w:rsidRPr="00401A00">
              <w:rPr>
                <w:sz w:val="20"/>
                <w:szCs w:val="20"/>
                <w:rtl/>
              </w:rPr>
              <w:t>الصحة والخدمات الطبية</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6F778CBA" w14:textId="77777777" w:rsidR="00401A00" w:rsidRPr="00401A00" w:rsidRDefault="00401A00" w:rsidP="00401A00">
            <w:pPr>
              <w:bidi/>
              <w:spacing w:before="240" w:after="200" w:line="276" w:lineRule="auto"/>
              <w:jc w:val="lowKashida"/>
              <w:rPr>
                <w:sz w:val="20"/>
                <w:szCs w:val="20"/>
              </w:rPr>
            </w:pPr>
            <w:r w:rsidRPr="00401A00">
              <w:rPr>
                <w:sz w:val="20"/>
                <w:szCs w:val="20"/>
                <w:rtl/>
              </w:rPr>
              <w:t>المستلزمات الطبية</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585EBA59" w14:textId="77777777" w:rsidR="00401A00" w:rsidRPr="00401A00" w:rsidRDefault="00401A00" w:rsidP="00401A00">
            <w:pPr>
              <w:bidi/>
              <w:spacing w:before="240" w:after="200" w:line="276" w:lineRule="auto"/>
              <w:jc w:val="lowKashida"/>
              <w:rPr>
                <w:sz w:val="20"/>
                <w:szCs w:val="20"/>
              </w:rPr>
            </w:pPr>
            <w:r w:rsidRPr="00401A00">
              <w:rPr>
                <w:sz w:val="20"/>
                <w:szCs w:val="20"/>
              </w:rPr>
              <w:t>CAT-13-01</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451FCF0F" w14:textId="77777777" w:rsidR="00401A00" w:rsidRPr="00401A00" w:rsidRDefault="00401A00" w:rsidP="00401A00">
            <w:pPr>
              <w:bidi/>
              <w:spacing w:before="240" w:after="200" w:line="276" w:lineRule="auto"/>
              <w:jc w:val="lowKashida"/>
              <w:rPr>
                <w:sz w:val="20"/>
                <w:szCs w:val="20"/>
              </w:rPr>
            </w:pPr>
            <w:r w:rsidRPr="00401A00">
              <w:rPr>
                <w:sz w:val="20"/>
                <w:szCs w:val="20"/>
                <w:rtl/>
              </w:rPr>
              <w:t>المستهلكات الطبية السريرية (الإبر، القفازات، الشاش والضمادات)، مستلزمات الإسعافات الأولية، وغيرها من منتجات الرعاية الصحية.</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70574D69"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2EF5AA3B"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51084969" w14:textId="77777777" w:rsidR="00401A00" w:rsidRPr="00401A00" w:rsidRDefault="00401A00" w:rsidP="00401A00">
            <w:pPr>
              <w:bidi/>
              <w:spacing w:before="240" w:after="200" w:line="276" w:lineRule="auto"/>
              <w:jc w:val="lowKashida"/>
              <w:rPr>
                <w:sz w:val="20"/>
                <w:szCs w:val="20"/>
              </w:rPr>
            </w:pPr>
            <w:r w:rsidRPr="00401A00">
              <w:rPr>
                <w:sz w:val="20"/>
                <w:szCs w:val="20"/>
                <w:rtl/>
              </w:rPr>
              <w:t>الصحة والخدمات الطبية</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45F51BF5" w14:textId="77777777" w:rsidR="00401A00" w:rsidRPr="00401A00" w:rsidRDefault="00401A00" w:rsidP="00401A00">
            <w:pPr>
              <w:bidi/>
              <w:spacing w:before="240" w:after="200" w:line="276" w:lineRule="auto"/>
              <w:jc w:val="lowKashida"/>
              <w:rPr>
                <w:sz w:val="20"/>
                <w:szCs w:val="20"/>
              </w:rPr>
            </w:pPr>
            <w:r w:rsidRPr="00401A00">
              <w:rPr>
                <w:sz w:val="20"/>
                <w:szCs w:val="20"/>
                <w:rtl/>
              </w:rPr>
              <w:t>الأجهزة والمعدات الطبية</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673E6589" w14:textId="77777777" w:rsidR="00401A00" w:rsidRPr="00401A00" w:rsidRDefault="00401A00" w:rsidP="00401A00">
            <w:pPr>
              <w:bidi/>
              <w:spacing w:before="240" w:after="200" w:line="276" w:lineRule="auto"/>
              <w:jc w:val="lowKashida"/>
              <w:rPr>
                <w:sz w:val="20"/>
                <w:szCs w:val="20"/>
              </w:rPr>
            </w:pPr>
            <w:r w:rsidRPr="00401A00">
              <w:rPr>
                <w:sz w:val="20"/>
                <w:szCs w:val="20"/>
              </w:rPr>
              <w:t>CAT-13-02</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5FCA294F" w14:textId="77777777" w:rsidR="00401A00" w:rsidRPr="00401A00" w:rsidRDefault="00401A00" w:rsidP="00401A00">
            <w:pPr>
              <w:bidi/>
              <w:spacing w:before="240" w:after="200" w:line="276" w:lineRule="auto"/>
              <w:jc w:val="lowKashida"/>
              <w:rPr>
                <w:sz w:val="20"/>
                <w:szCs w:val="20"/>
              </w:rPr>
            </w:pPr>
            <w:r w:rsidRPr="00401A00">
              <w:rPr>
                <w:sz w:val="20"/>
                <w:szCs w:val="20"/>
                <w:rtl/>
              </w:rPr>
              <w:t>أجهزة التشخيص الطبي والسريري، المجاهر (الميكروسكوبات)، طاولات العمليات الجراحية، أسرة المستشفيات، الحاضنات، مكثفات الأكسجين، الأجهزة الطبية، والمعدات الجراحية.</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699FB528"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5E041546"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21906616" w14:textId="77777777" w:rsidR="00401A00" w:rsidRPr="00401A00" w:rsidRDefault="00401A00" w:rsidP="00401A00">
            <w:pPr>
              <w:bidi/>
              <w:spacing w:before="240" w:after="200" w:line="276" w:lineRule="auto"/>
              <w:jc w:val="lowKashida"/>
              <w:rPr>
                <w:sz w:val="20"/>
                <w:szCs w:val="20"/>
              </w:rPr>
            </w:pPr>
            <w:r w:rsidRPr="00401A00">
              <w:rPr>
                <w:sz w:val="20"/>
                <w:szCs w:val="20"/>
                <w:rtl/>
              </w:rPr>
              <w:lastRenderedPageBreak/>
              <w:t>الصحة والخدمات الطبية</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3BA92CDD" w14:textId="77777777" w:rsidR="00401A00" w:rsidRPr="00401A00" w:rsidRDefault="00401A00" w:rsidP="00401A00">
            <w:pPr>
              <w:bidi/>
              <w:spacing w:before="240" w:after="200" w:line="276" w:lineRule="auto"/>
              <w:jc w:val="lowKashida"/>
              <w:rPr>
                <w:sz w:val="20"/>
                <w:szCs w:val="20"/>
              </w:rPr>
            </w:pPr>
            <w:r w:rsidRPr="00401A00">
              <w:rPr>
                <w:sz w:val="20"/>
                <w:szCs w:val="20"/>
                <w:rtl/>
              </w:rPr>
              <w:t>الأدوية</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642AF013" w14:textId="77777777" w:rsidR="00401A00" w:rsidRPr="00401A00" w:rsidRDefault="00401A00" w:rsidP="00401A00">
            <w:pPr>
              <w:bidi/>
              <w:spacing w:before="240" w:after="200" w:line="276" w:lineRule="auto"/>
              <w:jc w:val="lowKashida"/>
              <w:rPr>
                <w:sz w:val="20"/>
                <w:szCs w:val="20"/>
              </w:rPr>
            </w:pPr>
            <w:r w:rsidRPr="00401A00">
              <w:rPr>
                <w:sz w:val="20"/>
                <w:szCs w:val="20"/>
              </w:rPr>
              <w:t>CAT-13-03</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5E490847" w14:textId="77777777" w:rsidR="00401A00" w:rsidRPr="00401A00" w:rsidRDefault="00401A00" w:rsidP="00401A00">
            <w:pPr>
              <w:bidi/>
              <w:spacing w:before="240" w:after="200" w:line="276" w:lineRule="auto"/>
              <w:jc w:val="lowKashida"/>
              <w:rPr>
                <w:sz w:val="20"/>
                <w:szCs w:val="20"/>
              </w:rPr>
            </w:pPr>
            <w:r w:rsidRPr="00401A00">
              <w:rPr>
                <w:sz w:val="20"/>
                <w:szCs w:val="20"/>
                <w:rtl/>
              </w:rPr>
              <w:t>الأدوية الأساسية، أدوية الأمراض المزمنة، والفيتامينات.</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32CF83E7"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2B53D085"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5DB10EE5" w14:textId="77777777" w:rsidR="00401A00" w:rsidRPr="00401A00" w:rsidRDefault="00401A00" w:rsidP="00401A00">
            <w:pPr>
              <w:bidi/>
              <w:spacing w:before="240" w:after="200" w:line="276" w:lineRule="auto"/>
              <w:jc w:val="lowKashida"/>
              <w:rPr>
                <w:sz w:val="20"/>
                <w:szCs w:val="20"/>
              </w:rPr>
            </w:pPr>
            <w:r w:rsidRPr="00401A00">
              <w:rPr>
                <w:sz w:val="20"/>
                <w:szCs w:val="20"/>
                <w:rtl/>
              </w:rPr>
              <w:t>الصحة والخدمات الطبية</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6C9559AE" w14:textId="77777777" w:rsidR="00401A00" w:rsidRPr="00401A00" w:rsidRDefault="00401A00" w:rsidP="00401A00">
            <w:pPr>
              <w:bidi/>
              <w:spacing w:before="240" w:after="200" w:line="276" w:lineRule="auto"/>
              <w:jc w:val="lowKashida"/>
              <w:rPr>
                <w:sz w:val="20"/>
                <w:szCs w:val="20"/>
              </w:rPr>
            </w:pPr>
            <w:r w:rsidRPr="00401A00">
              <w:rPr>
                <w:sz w:val="20"/>
                <w:szCs w:val="20"/>
                <w:rtl/>
              </w:rPr>
              <w:t>المحاليل والمستلزمات المخبرية</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389E5708" w14:textId="77777777" w:rsidR="00401A00" w:rsidRPr="00401A00" w:rsidRDefault="00401A00" w:rsidP="00401A00">
            <w:pPr>
              <w:bidi/>
              <w:spacing w:before="240" w:after="200" w:line="276" w:lineRule="auto"/>
              <w:jc w:val="lowKashida"/>
              <w:rPr>
                <w:sz w:val="20"/>
                <w:szCs w:val="20"/>
              </w:rPr>
            </w:pPr>
            <w:r w:rsidRPr="00401A00">
              <w:rPr>
                <w:sz w:val="20"/>
                <w:szCs w:val="20"/>
              </w:rPr>
              <w:t>CAT-13-04</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2D7D9A42" w14:textId="77777777" w:rsidR="00401A00" w:rsidRPr="00401A00" w:rsidRDefault="00401A00" w:rsidP="00401A00">
            <w:pPr>
              <w:bidi/>
              <w:spacing w:before="240" w:after="200" w:line="276" w:lineRule="auto"/>
              <w:jc w:val="lowKashida"/>
              <w:rPr>
                <w:sz w:val="20"/>
                <w:szCs w:val="20"/>
              </w:rPr>
            </w:pPr>
            <w:r w:rsidRPr="00401A00">
              <w:rPr>
                <w:sz w:val="20"/>
                <w:szCs w:val="20"/>
                <w:rtl/>
              </w:rPr>
              <w:t>الكواشف والمحاليل المخبرية، سوائل الفحص الكيميائي، وحقائب وأدوات الفحوصات التشخيصية.</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4693B356"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60AFD7EF"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497355D5" w14:textId="77777777" w:rsidR="00401A00" w:rsidRPr="00401A00" w:rsidRDefault="00401A00" w:rsidP="00401A00">
            <w:pPr>
              <w:bidi/>
              <w:spacing w:before="240" w:after="200" w:line="276" w:lineRule="auto"/>
              <w:jc w:val="lowKashida"/>
              <w:rPr>
                <w:sz w:val="20"/>
                <w:szCs w:val="20"/>
              </w:rPr>
            </w:pPr>
            <w:r w:rsidRPr="00401A00">
              <w:rPr>
                <w:sz w:val="20"/>
                <w:szCs w:val="20"/>
                <w:rtl/>
              </w:rPr>
              <w:t>الصحة والخدمات الطبية</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68B0AC36" w14:textId="77777777" w:rsidR="00401A00" w:rsidRPr="00401A00" w:rsidRDefault="00401A00" w:rsidP="00401A00">
            <w:pPr>
              <w:bidi/>
              <w:spacing w:before="240" w:after="200" w:line="276" w:lineRule="auto"/>
              <w:jc w:val="lowKashida"/>
              <w:rPr>
                <w:sz w:val="20"/>
                <w:szCs w:val="20"/>
              </w:rPr>
            </w:pPr>
            <w:r w:rsidRPr="00401A00">
              <w:rPr>
                <w:sz w:val="20"/>
                <w:szCs w:val="20"/>
                <w:rtl/>
              </w:rPr>
              <w:t>الغازات الطبية</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5CCB79AB" w14:textId="77777777" w:rsidR="00401A00" w:rsidRPr="00401A00" w:rsidRDefault="00401A00" w:rsidP="00401A00">
            <w:pPr>
              <w:bidi/>
              <w:spacing w:before="240" w:after="200" w:line="276" w:lineRule="auto"/>
              <w:jc w:val="lowKashida"/>
              <w:rPr>
                <w:sz w:val="20"/>
                <w:szCs w:val="20"/>
              </w:rPr>
            </w:pPr>
            <w:r w:rsidRPr="00401A00">
              <w:rPr>
                <w:sz w:val="20"/>
                <w:szCs w:val="20"/>
              </w:rPr>
              <w:t>CAT-13-05</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05077E19" w14:textId="77777777" w:rsidR="00401A00" w:rsidRPr="00401A00" w:rsidRDefault="00401A00" w:rsidP="00401A00">
            <w:pPr>
              <w:bidi/>
              <w:spacing w:before="240" w:after="200" w:line="276" w:lineRule="auto"/>
              <w:jc w:val="lowKashida"/>
              <w:rPr>
                <w:sz w:val="20"/>
                <w:szCs w:val="20"/>
              </w:rPr>
            </w:pPr>
            <w:r w:rsidRPr="00401A00">
              <w:rPr>
                <w:sz w:val="20"/>
                <w:szCs w:val="20"/>
                <w:rtl/>
              </w:rPr>
              <w:t>توفير غاز الأكسجين والغازات الطبية الأخرى.</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0B7D4AEB"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742D503D"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54FBDF5D" w14:textId="77777777" w:rsidR="00401A00" w:rsidRPr="00401A00" w:rsidRDefault="00401A00" w:rsidP="00401A00">
            <w:pPr>
              <w:bidi/>
              <w:spacing w:before="240" w:after="200" w:line="276" w:lineRule="auto"/>
              <w:jc w:val="lowKashida"/>
              <w:rPr>
                <w:sz w:val="20"/>
                <w:szCs w:val="20"/>
              </w:rPr>
            </w:pPr>
            <w:r w:rsidRPr="00401A00">
              <w:rPr>
                <w:sz w:val="20"/>
                <w:szCs w:val="20"/>
                <w:rtl/>
              </w:rPr>
              <w:t>خدمات التأمين</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5DB4D012" w14:textId="77777777" w:rsidR="00401A00" w:rsidRPr="00401A00" w:rsidRDefault="00401A00" w:rsidP="00401A00">
            <w:pPr>
              <w:bidi/>
              <w:spacing w:before="240" w:after="200" w:line="276" w:lineRule="auto"/>
              <w:jc w:val="lowKashida"/>
              <w:rPr>
                <w:sz w:val="20"/>
                <w:szCs w:val="20"/>
              </w:rPr>
            </w:pPr>
            <w:r w:rsidRPr="00401A00">
              <w:rPr>
                <w:sz w:val="20"/>
                <w:szCs w:val="20"/>
                <w:rtl/>
              </w:rPr>
              <w:t>شركات التأمين</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7C9F21D8" w14:textId="77777777" w:rsidR="00401A00" w:rsidRPr="00401A00" w:rsidRDefault="00401A00" w:rsidP="00401A00">
            <w:pPr>
              <w:bidi/>
              <w:spacing w:before="240" w:after="200" w:line="276" w:lineRule="auto"/>
              <w:jc w:val="lowKashida"/>
              <w:rPr>
                <w:sz w:val="20"/>
                <w:szCs w:val="20"/>
              </w:rPr>
            </w:pPr>
            <w:r w:rsidRPr="00401A00">
              <w:rPr>
                <w:sz w:val="20"/>
                <w:szCs w:val="20"/>
              </w:rPr>
              <w:t>CAT-14-01</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7FE25D77" w14:textId="77777777" w:rsidR="00401A00" w:rsidRPr="00401A00" w:rsidRDefault="00401A00" w:rsidP="00401A00">
            <w:pPr>
              <w:bidi/>
              <w:spacing w:before="240" w:after="200" w:line="276" w:lineRule="auto"/>
              <w:jc w:val="lowKashida"/>
              <w:rPr>
                <w:sz w:val="20"/>
                <w:szCs w:val="20"/>
              </w:rPr>
            </w:pPr>
            <w:r w:rsidRPr="00401A00">
              <w:rPr>
                <w:sz w:val="20"/>
                <w:szCs w:val="20"/>
                <w:rtl/>
              </w:rPr>
              <w:t>التغطية التأمينية الشاملة للأصول المادية للمنظمة، بما في ذلك تأمين أسطول المركبات، التأمين ضد الغير، تأمين شحن ونقل البضائع، بيوت الضيافة، المستودعات، المكاتب، وتأمين الممتلكات.</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2A28A421"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27A73290"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096C3497" w14:textId="77777777" w:rsidR="00401A00" w:rsidRPr="00401A00" w:rsidRDefault="00401A00" w:rsidP="00401A00">
            <w:pPr>
              <w:bidi/>
              <w:spacing w:before="240" w:after="200" w:line="276" w:lineRule="auto"/>
              <w:jc w:val="lowKashida"/>
              <w:rPr>
                <w:sz w:val="20"/>
                <w:szCs w:val="20"/>
              </w:rPr>
            </w:pPr>
            <w:r w:rsidRPr="00401A00">
              <w:rPr>
                <w:sz w:val="20"/>
                <w:szCs w:val="20"/>
                <w:rtl/>
              </w:rPr>
              <w:t>خدمات التأمين</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172A4539" w14:textId="77777777" w:rsidR="00401A00" w:rsidRPr="00401A00" w:rsidRDefault="00401A00" w:rsidP="00401A00">
            <w:pPr>
              <w:bidi/>
              <w:spacing w:before="240" w:after="200" w:line="276" w:lineRule="auto"/>
              <w:jc w:val="lowKashida"/>
              <w:rPr>
                <w:sz w:val="20"/>
                <w:szCs w:val="20"/>
              </w:rPr>
            </w:pPr>
            <w:r w:rsidRPr="00401A00">
              <w:rPr>
                <w:sz w:val="20"/>
                <w:szCs w:val="20"/>
                <w:rtl/>
              </w:rPr>
              <w:t>التأمين الصحي وعلى الحياة</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4BAE504E" w14:textId="77777777" w:rsidR="00401A00" w:rsidRPr="00401A00" w:rsidRDefault="00401A00" w:rsidP="00401A00">
            <w:pPr>
              <w:bidi/>
              <w:spacing w:before="240" w:after="200" w:line="276" w:lineRule="auto"/>
              <w:jc w:val="lowKashida"/>
              <w:rPr>
                <w:sz w:val="20"/>
                <w:szCs w:val="20"/>
              </w:rPr>
            </w:pPr>
            <w:r w:rsidRPr="00401A00">
              <w:rPr>
                <w:sz w:val="20"/>
                <w:szCs w:val="20"/>
              </w:rPr>
              <w:t>CAT-14-02</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794BADCE" w14:textId="77777777" w:rsidR="00401A00" w:rsidRPr="00401A00" w:rsidRDefault="00401A00" w:rsidP="00401A00">
            <w:pPr>
              <w:bidi/>
              <w:spacing w:before="240" w:after="200" w:line="276" w:lineRule="auto"/>
              <w:jc w:val="lowKashida"/>
              <w:rPr>
                <w:sz w:val="20"/>
                <w:szCs w:val="20"/>
              </w:rPr>
            </w:pPr>
            <w:r w:rsidRPr="00401A00">
              <w:rPr>
                <w:sz w:val="20"/>
                <w:szCs w:val="20"/>
                <w:rtl/>
              </w:rPr>
              <w:t>تقديم وإدارة التأمين الصحي/الطبي الشامل للموظفين، التأمين على الحياة، التغطية ضد الحوادث الشخصية، ومزايا الأمراض المستعصية للموظفين المحليين والدوليين.</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6757A022"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7C67C1A0"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544B7B9A" w14:textId="77777777" w:rsidR="00401A00" w:rsidRPr="00401A00" w:rsidRDefault="00401A00" w:rsidP="00401A00">
            <w:pPr>
              <w:bidi/>
              <w:spacing w:before="240" w:after="200" w:line="276" w:lineRule="auto"/>
              <w:jc w:val="lowKashida"/>
              <w:rPr>
                <w:sz w:val="20"/>
                <w:szCs w:val="20"/>
              </w:rPr>
            </w:pPr>
            <w:r w:rsidRPr="00401A00">
              <w:rPr>
                <w:sz w:val="20"/>
                <w:szCs w:val="20"/>
                <w:rtl/>
              </w:rPr>
              <w:t>الخدمات المالية والقانونية والمشتريات</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6ED1B31C" w14:textId="77777777" w:rsidR="00401A00" w:rsidRPr="00401A00" w:rsidRDefault="00401A00" w:rsidP="00401A00">
            <w:pPr>
              <w:bidi/>
              <w:spacing w:before="240" w:after="200" w:line="276" w:lineRule="auto"/>
              <w:jc w:val="lowKashida"/>
              <w:rPr>
                <w:sz w:val="20"/>
                <w:szCs w:val="20"/>
              </w:rPr>
            </w:pPr>
            <w:r w:rsidRPr="00401A00">
              <w:rPr>
                <w:sz w:val="20"/>
                <w:szCs w:val="20"/>
                <w:rtl/>
              </w:rPr>
              <w:t>المستشارون القانونيون</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7DD13626" w14:textId="77777777" w:rsidR="00401A00" w:rsidRPr="00401A00" w:rsidRDefault="00401A00" w:rsidP="00401A00">
            <w:pPr>
              <w:bidi/>
              <w:spacing w:before="240" w:after="200" w:line="276" w:lineRule="auto"/>
              <w:jc w:val="lowKashida"/>
              <w:rPr>
                <w:sz w:val="20"/>
                <w:szCs w:val="20"/>
              </w:rPr>
            </w:pPr>
            <w:r w:rsidRPr="00401A00">
              <w:rPr>
                <w:sz w:val="20"/>
                <w:szCs w:val="20"/>
              </w:rPr>
              <w:t>CAT-15-01</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5E174F1B" w14:textId="77777777" w:rsidR="00401A00" w:rsidRPr="00401A00" w:rsidRDefault="00401A00" w:rsidP="00401A00">
            <w:pPr>
              <w:bidi/>
              <w:spacing w:before="240" w:after="200" w:line="276" w:lineRule="auto"/>
              <w:jc w:val="lowKashida"/>
              <w:rPr>
                <w:sz w:val="20"/>
                <w:szCs w:val="20"/>
              </w:rPr>
            </w:pPr>
            <w:r w:rsidRPr="00401A00">
              <w:rPr>
                <w:sz w:val="20"/>
                <w:szCs w:val="20"/>
                <w:rtl/>
              </w:rPr>
              <w:t>التمثيل القانوني، الاستشارات القانونية المحلية، مراجعة العقود، الاستشارات الخاصة بنزاعات العمل، وخدمات التوثيق القانوني.</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3F42B007"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023D8468"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337C0319" w14:textId="77777777" w:rsidR="00401A00" w:rsidRPr="00401A00" w:rsidRDefault="00401A00" w:rsidP="00401A00">
            <w:pPr>
              <w:bidi/>
              <w:spacing w:before="240" w:after="200" w:line="276" w:lineRule="auto"/>
              <w:jc w:val="lowKashida"/>
              <w:rPr>
                <w:sz w:val="20"/>
                <w:szCs w:val="20"/>
              </w:rPr>
            </w:pPr>
            <w:r w:rsidRPr="00401A00">
              <w:rPr>
                <w:sz w:val="20"/>
                <w:szCs w:val="20"/>
                <w:rtl/>
              </w:rPr>
              <w:t>خدمات مهنية أخرى</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378FA62E" w14:textId="77777777" w:rsidR="00401A00" w:rsidRPr="00401A00" w:rsidRDefault="00401A00" w:rsidP="00401A00">
            <w:pPr>
              <w:bidi/>
              <w:spacing w:before="240" w:after="200" w:line="276" w:lineRule="auto"/>
              <w:jc w:val="lowKashida"/>
              <w:rPr>
                <w:sz w:val="20"/>
                <w:szCs w:val="20"/>
              </w:rPr>
            </w:pPr>
            <w:r w:rsidRPr="00401A00">
              <w:rPr>
                <w:sz w:val="20"/>
                <w:szCs w:val="20"/>
                <w:rtl/>
              </w:rPr>
              <w:t>خدمات التدريب</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1CE71339" w14:textId="77777777" w:rsidR="00401A00" w:rsidRPr="00401A00" w:rsidRDefault="00401A00" w:rsidP="00401A00">
            <w:pPr>
              <w:bidi/>
              <w:spacing w:before="240" w:after="200" w:line="276" w:lineRule="auto"/>
              <w:jc w:val="lowKashida"/>
              <w:rPr>
                <w:sz w:val="20"/>
                <w:szCs w:val="20"/>
              </w:rPr>
            </w:pPr>
            <w:r w:rsidRPr="00401A00">
              <w:rPr>
                <w:sz w:val="20"/>
                <w:szCs w:val="20"/>
              </w:rPr>
              <w:t>CAT-16-01</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67D92362" w14:textId="77777777" w:rsidR="00401A00" w:rsidRPr="00401A00" w:rsidRDefault="00401A00" w:rsidP="00401A00">
            <w:pPr>
              <w:bidi/>
              <w:spacing w:before="240" w:after="200" w:line="276" w:lineRule="auto"/>
              <w:jc w:val="lowKashida"/>
              <w:rPr>
                <w:sz w:val="20"/>
                <w:szCs w:val="20"/>
              </w:rPr>
            </w:pPr>
            <w:r w:rsidRPr="00401A00">
              <w:rPr>
                <w:sz w:val="20"/>
                <w:szCs w:val="20"/>
                <w:rtl/>
              </w:rPr>
              <w:t>المدربون الخارجيون، الاستشاريون التعليميون، تصميم المناهج، التدريب على المهارات المهنية، وورش عمل بناء القدرات.</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102F50DA"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455C806D"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0D0D28A8" w14:textId="77777777" w:rsidR="00401A00" w:rsidRPr="00401A00" w:rsidRDefault="00401A00" w:rsidP="00401A00">
            <w:pPr>
              <w:bidi/>
              <w:spacing w:before="240" w:after="200" w:line="276" w:lineRule="auto"/>
              <w:jc w:val="lowKashida"/>
              <w:rPr>
                <w:sz w:val="20"/>
                <w:szCs w:val="20"/>
              </w:rPr>
            </w:pPr>
            <w:r w:rsidRPr="00401A00">
              <w:rPr>
                <w:sz w:val="20"/>
                <w:szCs w:val="20"/>
                <w:rtl/>
              </w:rPr>
              <w:t>خدمات مهنية أخرى</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4CDD6237" w14:textId="77777777" w:rsidR="00401A00" w:rsidRPr="00401A00" w:rsidRDefault="00401A00" w:rsidP="00401A00">
            <w:pPr>
              <w:bidi/>
              <w:spacing w:before="240" w:after="200" w:line="276" w:lineRule="auto"/>
              <w:jc w:val="lowKashida"/>
              <w:rPr>
                <w:sz w:val="20"/>
                <w:szCs w:val="20"/>
              </w:rPr>
            </w:pPr>
            <w:r w:rsidRPr="00401A00">
              <w:rPr>
                <w:sz w:val="20"/>
                <w:szCs w:val="20"/>
                <w:rtl/>
              </w:rPr>
              <w:t>إيجار قاعات التدريب</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640DB6C1" w14:textId="77777777" w:rsidR="00401A00" w:rsidRPr="00401A00" w:rsidRDefault="00401A00" w:rsidP="00401A00">
            <w:pPr>
              <w:bidi/>
              <w:spacing w:before="240" w:after="200" w:line="276" w:lineRule="auto"/>
              <w:jc w:val="lowKashida"/>
              <w:rPr>
                <w:sz w:val="20"/>
                <w:szCs w:val="20"/>
              </w:rPr>
            </w:pPr>
            <w:r w:rsidRPr="00401A00">
              <w:rPr>
                <w:sz w:val="20"/>
                <w:szCs w:val="20"/>
              </w:rPr>
              <w:t>CAT-16-02</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7D28F269" w14:textId="77777777" w:rsidR="00401A00" w:rsidRPr="00401A00" w:rsidRDefault="00401A00" w:rsidP="00401A00">
            <w:pPr>
              <w:bidi/>
              <w:spacing w:before="240" w:after="200" w:line="276" w:lineRule="auto"/>
              <w:jc w:val="lowKashida"/>
              <w:rPr>
                <w:sz w:val="20"/>
                <w:szCs w:val="20"/>
              </w:rPr>
            </w:pPr>
            <w:r w:rsidRPr="00401A00">
              <w:rPr>
                <w:sz w:val="20"/>
                <w:szCs w:val="20"/>
                <w:rtl/>
              </w:rPr>
              <w:t>استئجار قاعات التدريب، غرف الاجتماعات، مساحات ورش العمل المزودة بأجهزة العرض (بروجيكتور)، الأنظمة الصوتية، والسبورات البيضاء خارج الفنادق.</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26E8A05B"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4A0A0003"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08B7A660" w14:textId="77777777" w:rsidR="00401A00" w:rsidRPr="00401A00" w:rsidRDefault="00401A00" w:rsidP="00401A00">
            <w:pPr>
              <w:bidi/>
              <w:spacing w:before="240" w:after="200" w:line="276" w:lineRule="auto"/>
              <w:jc w:val="lowKashida"/>
              <w:rPr>
                <w:sz w:val="20"/>
                <w:szCs w:val="20"/>
              </w:rPr>
            </w:pPr>
            <w:r w:rsidRPr="00401A00">
              <w:rPr>
                <w:sz w:val="20"/>
                <w:szCs w:val="20"/>
                <w:rtl/>
              </w:rPr>
              <w:lastRenderedPageBreak/>
              <w:t>خدمات مهنية أخرى</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14:paraId="08765D03" w14:textId="77777777" w:rsidR="00401A00" w:rsidRPr="00401A00" w:rsidRDefault="00401A00" w:rsidP="00401A00">
            <w:pPr>
              <w:bidi/>
              <w:spacing w:before="240" w:after="200" w:line="276" w:lineRule="auto"/>
              <w:jc w:val="lowKashida"/>
              <w:rPr>
                <w:sz w:val="20"/>
                <w:szCs w:val="20"/>
              </w:rPr>
            </w:pPr>
            <w:r w:rsidRPr="00401A00">
              <w:rPr>
                <w:sz w:val="20"/>
                <w:szCs w:val="20"/>
                <w:rtl/>
              </w:rPr>
              <w:t>خدمات الاستشارات الطبية</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3FDAEF0B" w14:textId="77777777" w:rsidR="00401A00" w:rsidRPr="00401A00" w:rsidRDefault="00401A00" w:rsidP="00401A00">
            <w:pPr>
              <w:bidi/>
              <w:spacing w:before="240" w:after="200" w:line="276" w:lineRule="auto"/>
              <w:jc w:val="lowKashida"/>
              <w:rPr>
                <w:sz w:val="20"/>
                <w:szCs w:val="20"/>
              </w:rPr>
            </w:pPr>
            <w:r w:rsidRPr="00401A00">
              <w:rPr>
                <w:sz w:val="20"/>
                <w:szCs w:val="20"/>
              </w:rPr>
              <w:t>CAT-16-03</w:t>
            </w:r>
          </w:p>
        </w:tc>
        <w:tc>
          <w:tcPr>
            <w:tcW w:w="3312" w:type="dxa"/>
            <w:tcBorders>
              <w:top w:val="single" w:sz="4" w:space="0" w:color="auto"/>
              <w:left w:val="single" w:sz="4" w:space="0" w:color="auto"/>
              <w:bottom w:val="single" w:sz="4" w:space="0" w:color="auto"/>
              <w:right w:val="single" w:sz="4" w:space="0" w:color="auto"/>
            </w:tcBorders>
            <w:shd w:val="clear" w:color="auto" w:fill="FFFFFF"/>
            <w:hideMark/>
          </w:tcPr>
          <w:p w14:paraId="4D114041" w14:textId="77777777" w:rsidR="00401A00" w:rsidRPr="00401A00" w:rsidRDefault="00401A00" w:rsidP="00401A00">
            <w:pPr>
              <w:bidi/>
              <w:spacing w:before="240" w:after="200" w:line="276" w:lineRule="auto"/>
              <w:jc w:val="lowKashida"/>
              <w:rPr>
                <w:sz w:val="20"/>
                <w:szCs w:val="20"/>
              </w:rPr>
            </w:pPr>
            <w:r w:rsidRPr="00401A00">
              <w:rPr>
                <w:sz w:val="20"/>
                <w:szCs w:val="20"/>
                <w:rtl/>
              </w:rPr>
              <w:t>المستشارون الفنيون، خبراء البحوث ودراسات الجدوى، والخدمات الاستشارية للبرامج والمشاريع الطبية.</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14:paraId="29DACD7D"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r w:rsidR="00401A00" w:rsidRPr="00401A00" w14:paraId="11D1691E" w14:textId="77777777">
        <w:trPr>
          <w:cantSplit/>
          <w:jc w:val="center"/>
        </w:trPr>
        <w:tc>
          <w:tcPr>
            <w:tcW w:w="2016" w:type="dxa"/>
            <w:tcBorders>
              <w:top w:val="single" w:sz="4" w:space="0" w:color="auto"/>
              <w:left w:val="single" w:sz="4" w:space="0" w:color="auto"/>
              <w:bottom w:val="single" w:sz="4" w:space="0" w:color="auto"/>
              <w:right w:val="single" w:sz="4" w:space="0" w:color="auto"/>
            </w:tcBorders>
            <w:shd w:val="clear" w:color="auto" w:fill="F9FAFB"/>
            <w:hideMark/>
          </w:tcPr>
          <w:p w14:paraId="7CAF577E" w14:textId="77777777" w:rsidR="00401A00" w:rsidRPr="00401A00" w:rsidRDefault="00401A00" w:rsidP="00401A00">
            <w:pPr>
              <w:bidi/>
              <w:spacing w:before="240" w:after="200" w:line="276" w:lineRule="auto"/>
              <w:jc w:val="lowKashida"/>
              <w:rPr>
                <w:sz w:val="20"/>
                <w:szCs w:val="20"/>
              </w:rPr>
            </w:pPr>
            <w:r w:rsidRPr="00401A00">
              <w:rPr>
                <w:sz w:val="20"/>
                <w:szCs w:val="20"/>
                <w:rtl/>
              </w:rPr>
              <w:t>خدمات مهنية أخرى</w:t>
            </w:r>
          </w:p>
        </w:tc>
        <w:tc>
          <w:tcPr>
            <w:tcW w:w="1728" w:type="dxa"/>
            <w:tcBorders>
              <w:top w:val="single" w:sz="4" w:space="0" w:color="auto"/>
              <w:left w:val="single" w:sz="4" w:space="0" w:color="auto"/>
              <w:bottom w:val="single" w:sz="4" w:space="0" w:color="auto"/>
              <w:right w:val="single" w:sz="4" w:space="0" w:color="auto"/>
            </w:tcBorders>
            <w:shd w:val="clear" w:color="auto" w:fill="F9FAFB"/>
            <w:hideMark/>
          </w:tcPr>
          <w:p w14:paraId="6DBC65E5" w14:textId="77777777" w:rsidR="00401A00" w:rsidRPr="00401A00" w:rsidRDefault="00401A00" w:rsidP="00401A00">
            <w:pPr>
              <w:bidi/>
              <w:spacing w:before="240" w:after="200" w:line="276" w:lineRule="auto"/>
              <w:jc w:val="lowKashida"/>
              <w:rPr>
                <w:sz w:val="20"/>
                <w:szCs w:val="20"/>
              </w:rPr>
            </w:pPr>
            <w:r w:rsidRPr="00401A00">
              <w:rPr>
                <w:sz w:val="20"/>
                <w:szCs w:val="20"/>
                <w:rtl/>
              </w:rPr>
              <w:t>خدمات الاستشارات للأمن الغذائي وسبل العيش</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6F9DFC66" w14:textId="77777777" w:rsidR="00401A00" w:rsidRPr="00401A00" w:rsidRDefault="00401A00" w:rsidP="00401A00">
            <w:pPr>
              <w:bidi/>
              <w:spacing w:before="240" w:after="200" w:line="276" w:lineRule="auto"/>
              <w:jc w:val="lowKashida"/>
              <w:rPr>
                <w:sz w:val="20"/>
                <w:szCs w:val="20"/>
              </w:rPr>
            </w:pPr>
            <w:r w:rsidRPr="00401A00">
              <w:rPr>
                <w:sz w:val="20"/>
                <w:szCs w:val="20"/>
              </w:rPr>
              <w:t>CAT-16-04</w:t>
            </w:r>
          </w:p>
        </w:tc>
        <w:tc>
          <w:tcPr>
            <w:tcW w:w="3312" w:type="dxa"/>
            <w:tcBorders>
              <w:top w:val="single" w:sz="4" w:space="0" w:color="auto"/>
              <w:left w:val="single" w:sz="4" w:space="0" w:color="auto"/>
              <w:bottom w:val="single" w:sz="4" w:space="0" w:color="auto"/>
              <w:right w:val="single" w:sz="4" w:space="0" w:color="auto"/>
            </w:tcBorders>
            <w:shd w:val="clear" w:color="auto" w:fill="F9FAFB"/>
            <w:hideMark/>
          </w:tcPr>
          <w:p w14:paraId="1AE8B8C9" w14:textId="77777777" w:rsidR="00401A00" w:rsidRPr="00401A00" w:rsidRDefault="00401A00" w:rsidP="00401A00">
            <w:pPr>
              <w:bidi/>
              <w:spacing w:before="240" w:after="200" w:line="276" w:lineRule="auto"/>
              <w:jc w:val="lowKashida"/>
              <w:rPr>
                <w:sz w:val="20"/>
                <w:szCs w:val="20"/>
              </w:rPr>
            </w:pPr>
            <w:r w:rsidRPr="00401A00">
              <w:rPr>
                <w:sz w:val="20"/>
                <w:szCs w:val="20"/>
                <w:rtl/>
              </w:rPr>
              <w:t>المستشارون الفنيون، خبراء البحوث ودراسات الجدوى، والخدمات الاستشارية لبرامج الأمن الغذائي وسبل العيش.</w:t>
            </w:r>
          </w:p>
        </w:tc>
        <w:tc>
          <w:tcPr>
            <w:tcW w:w="1152" w:type="dxa"/>
            <w:tcBorders>
              <w:top w:val="single" w:sz="4" w:space="0" w:color="auto"/>
              <w:left w:val="single" w:sz="4" w:space="0" w:color="auto"/>
              <w:bottom w:val="single" w:sz="4" w:space="0" w:color="auto"/>
              <w:right w:val="single" w:sz="4" w:space="0" w:color="auto"/>
            </w:tcBorders>
            <w:shd w:val="clear" w:color="auto" w:fill="F9FAFB"/>
            <w:hideMark/>
          </w:tcPr>
          <w:p w14:paraId="6D05C7DD" w14:textId="77777777" w:rsidR="00401A00" w:rsidRPr="00401A00" w:rsidRDefault="00401A00" w:rsidP="00401A00">
            <w:pPr>
              <w:bidi/>
              <w:spacing w:before="240" w:after="200" w:line="276" w:lineRule="auto"/>
              <w:jc w:val="lowKashida"/>
              <w:rPr>
                <w:sz w:val="20"/>
                <w:szCs w:val="20"/>
              </w:rPr>
            </w:pPr>
            <w:r w:rsidRPr="00401A00">
              <w:rPr>
                <w:sz w:val="20"/>
                <w:szCs w:val="20"/>
                <w:rtl/>
              </w:rPr>
              <w:t>محافظات عدن، لحج وتعز</w:t>
            </w:r>
          </w:p>
        </w:tc>
      </w:tr>
    </w:tbl>
    <w:p w14:paraId="31499D29" w14:textId="77777777" w:rsidR="00AF6289" w:rsidRDefault="00AF6289" w:rsidP="00401A00">
      <w:pPr>
        <w:bidi/>
        <w:spacing w:before="240"/>
        <w:jc w:val="lowKashida"/>
      </w:pPr>
    </w:p>
    <w:p w14:paraId="583721F8" w14:textId="77777777" w:rsidR="00401A00" w:rsidRDefault="00401A00" w:rsidP="00401A00">
      <w:pPr>
        <w:bidi/>
        <w:spacing w:before="240"/>
        <w:jc w:val="lowKashida"/>
      </w:pPr>
    </w:p>
    <w:p w14:paraId="701EF200" w14:textId="77777777" w:rsidR="00AF6289" w:rsidRDefault="00F84BDA" w:rsidP="00401A00">
      <w:pPr>
        <w:pStyle w:val="Heading1"/>
        <w:bidi/>
        <w:spacing w:before="280" w:after="120"/>
        <w:jc w:val="lowKashida"/>
      </w:pPr>
      <w:r>
        <w:rPr>
          <w:rFonts w:ascii="Arial" w:hAnsi="Arial"/>
          <w:color w:val="1F4E79"/>
          <w:rtl/>
        </w:rPr>
        <w:t>آلية تقييم الطلبات المقدمة</w:t>
      </w:r>
    </w:p>
    <w:p w14:paraId="6E36EE79" w14:textId="77777777" w:rsidR="00AF6289" w:rsidRDefault="00F84BDA" w:rsidP="00401A00">
      <w:pPr>
        <w:bidi/>
        <w:spacing w:after="120"/>
        <w:jc w:val="lowKashida"/>
      </w:pPr>
      <w:r>
        <w:rPr>
          <w:rFonts w:ascii="Arial" w:hAnsi="Arial"/>
          <w:sz w:val="21"/>
          <w:rtl/>
        </w:rPr>
        <w:t>سيتم تقييم جميع الطلبات المقدمة من خلال عملية تأهيل مسبق عادلة وشفافة وتنافسية. تتكون عملية التقييم من ثلاث مراحل رئيسية:</w:t>
      </w:r>
    </w:p>
    <w:p w14:paraId="4C677731" w14:textId="77777777" w:rsidR="00AF6289" w:rsidRDefault="00F84BDA" w:rsidP="00401A00">
      <w:pPr>
        <w:bidi/>
        <w:spacing w:after="80"/>
        <w:ind w:left="360"/>
        <w:jc w:val="lowKashida"/>
      </w:pPr>
      <w:r>
        <w:rPr>
          <w:rFonts w:ascii="Arial" w:hAnsi="Arial"/>
          <w:sz w:val="20"/>
          <w:rtl/>
        </w:rPr>
        <w:t>1. التحقق من متطلبات التأهيل الإلزامية ووثائق الامتثال والوثائق القانونية المطلوبة للمتقدمين.</w:t>
      </w:r>
    </w:p>
    <w:p w14:paraId="3854678C" w14:textId="77777777" w:rsidR="00AF6289" w:rsidRDefault="00F84BDA" w:rsidP="00401A00">
      <w:pPr>
        <w:bidi/>
        <w:spacing w:after="80"/>
        <w:ind w:left="360"/>
        <w:jc w:val="lowKashida"/>
      </w:pPr>
      <w:r>
        <w:rPr>
          <w:rFonts w:ascii="Arial" w:hAnsi="Arial"/>
          <w:sz w:val="20"/>
          <w:rtl/>
        </w:rPr>
        <w:t>2. تقييم القدرة الفنية للجهة المتقدمة، الخبرة السابقة ذات الصلة، القدرات التشغيلية والميدانية، التغطية الجغرافية في المناطق المستهدفة، والوضع المالي والملاءة المالية للشركة.</w:t>
      </w:r>
    </w:p>
    <w:p w14:paraId="19152A0C" w14:textId="77777777" w:rsidR="00AF6289" w:rsidRDefault="00F84BDA" w:rsidP="00401A00">
      <w:pPr>
        <w:bidi/>
        <w:spacing w:after="80"/>
        <w:ind w:left="360"/>
        <w:jc w:val="lowKashida"/>
      </w:pPr>
      <w:r>
        <w:rPr>
          <w:rFonts w:ascii="Arial" w:hAnsi="Arial"/>
          <w:sz w:val="20"/>
          <w:rtl/>
        </w:rPr>
        <w:t>3. التحقق والعناية الواجبة (Due Diligence)، بما في ذلك التحقق من الجهات المرجعية والعملاء السابقين، ومطابقة صحة الوثائق المقدمة، وفحص خلفية الموردين، وإجراء الزيارات الميدانية للمكاتب والمستودعات والمواقع عند الاقتضاء.</w:t>
      </w:r>
    </w:p>
    <w:p w14:paraId="5BFACD13" w14:textId="77777777" w:rsidR="00AF6289" w:rsidRDefault="00F84BDA" w:rsidP="00401A00">
      <w:pPr>
        <w:bidi/>
        <w:spacing w:before="160" w:after="240"/>
        <w:jc w:val="lowKashida"/>
      </w:pPr>
      <w:r>
        <w:rPr>
          <w:rFonts w:ascii="Arial" w:hAnsi="Arial"/>
          <w:sz w:val="20"/>
          <w:rtl/>
        </w:rPr>
        <w:t>يُحث المتقدمون المهتمون بشدة على مراجعة وثائق الملف بعناية، لا سيما استبيان التأهيل المسبق (PQQ)، وملف تقييم التأهيل المسبق للموردين، وقوائم مراجعة المستندات الإلزامية والداعمة لمعرفة معايير التقييم التفصيلية، متطلبات التقديم، والوثائق المطلوبة. يرجى العلم بأن تقديم طلبات غير مكتملة أو الفشل في توفير الوثائق الثبوتية المطلوبة قد يؤدي إلى استبعاد طلبكم مباشرة من عملية التأهيل.</w:t>
      </w:r>
      <w:r>
        <w:rPr>
          <w:rFonts w:ascii="Arial" w:hAnsi="Arial"/>
          <w:sz w:val="20"/>
          <w:rtl/>
        </w:rPr>
        <w:br/>
      </w:r>
      <w:r>
        <w:rPr>
          <w:rFonts w:ascii="Arial" w:hAnsi="Arial"/>
          <w:sz w:val="20"/>
          <w:rtl/>
        </w:rPr>
        <w:t>سيتم إدراج الموردين الذين يستوفون المتطلبات بنجاح في كافة المراحل فقط في قاعدة بيانات الموردين المعتمدين لدى منظمة الإغاثة الإسلامية - اليمن (IRY).</w:t>
      </w:r>
    </w:p>
    <w:tbl>
      <w:tblPr>
        <w:tblW w:w="0" w:type="auto"/>
        <w:jc w:val="center"/>
        <w:tblLook w:val="04A0" w:firstRow="1" w:lastRow="0" w:firstColumn="1" w:lastColumn="0" w:noHBand="0" w:noVBand="1"/>
      </w:tblPr>
      <w:tblGrid>
        <w:gridCol w:w="9360"/>
      </w:tblGrid>
      <w:tr w:rsidR="00AF6289" w14:paraId="18BDC780" w14:textId="77777777">
        <w:trPr>
          <w:jc w:val="center"/>
        </w:trPr>
        <w:tc>
          <w:tcPr>
            <w:tcW w:w="9360" w:type="dxa"/>
            <w:shd w:val="clear" w:color="auto" w:fill="F2F5F8"/>
          </w:tcPr>
          <w:p w14:paraId="3F9A2D04" w14:textId="77777777" w:rsidR="00AF6289" w:rsidRDefault="00F84BDA" w:rsidP="00401A00">
            <w:pPr>
              <w:bidi/>
              <w:spacing w:before="160" w:after="160"/>
              <w:ind w:left="216" w:right="216"/>
              <w:jc w:val="lowKashida"/>
            </w:pPr>
            <w:r w:rsidRPr="00401A00">
              <w:rPr>
                <w:rFonts w:ascii="Arial" w:hAnsi="Arial"/>
                <w:bCs/>
                <w:color w:val="1F4E79"/>
                <w:sz w:val="20"/>
                <w:rtl/>
              </w:rPr>
              <w:t>ملاحظة هامة جداً:</w:t>
            </w:r>
            <w:r>
              <w:rPr>
                <w:rFonts w:ascii="Arial" w:hAnsi="Arial"/>
                <w:b/>
                <w:color w:val="1F4E79"/>
                <w:sz w:val="20"/>
                <w:rtl/>
              </w:rPr>
              <w:t xml:space="preserve"> </w:t>
            </w:r>
            <w:r>
              <w:rPr>
                <w:rFonts w:ascii="Arial" w:hAnsi="Arial"/>
                <w:sz w:val="19"/>
                <w:rtl/>
              </w:rPr>
              <w:t>إن الإدراج في قاعدة بيانات الموردين المعتمدين لا يضمن الفوز بأي عقد ولا ينشئ أي التزام تعاقدي أو قانوني من جانب منظمة الإغاثة الإسلامية - اليمن. هذا الإعلان هو دعوة غير ملزمة ولا يفرض بأي حال من الأحوال على المنظمة إبرام أي عقد أو الالتزام بالشراء مع أي جهة. وتحتفظ المنظمة بالحق في إرساء العقد كلياً أو جزئياً، أو عدم الترسية على الإطلاق، بما يتوافق مع مصلحتها العليا ومبادئها الإنسانية. ولا يتم إثبات أي التزام رسمي بالشراء أو التزام مالي إلا بعد إصدار أمر شراء مكتوب وموقع أو عقد معتمد أصولاً من قبل المنظمة.</w:t>
            </w:r>
          </w:p>
        </w:tc>
      </w:tr>
    </w:tbl>
    <w:p w14:paraId="439B3332" w14:textId="77777777" w:rsidR="00AF6289" w:rsidRDefault="00AF6289" w:rsidP="00401A00">
      <w:pPr>
        <w:bidi/>
        <w:spacing w:before="240"/>
        <w:jc w:val="lowKashida"/>
      </w:pPr>
    </w:p>
    <w:p w14:paraId="3407D9C2" w14:textId="77777777" w:rsidR="00AF6289" w:rsidRDefault="00F84BDA" w:rsidP="00401A00">
      <w:pPr>
        <w:bidi/>
        <w:spacing w:after="240"/>
        <w:jc w:val="lowKashida"/>
      </w:pPr>
      <w:r>
        <w:rPr>
          <w:rFonts w:ascii="Arial" w:hAnsi="Arial"/>
          <w:sz w:val="20"/>
          <w:rtl/>
        </w:rPr>
        <w:t>لا توجد أي التزامات على المؤسسات أو الجهات المدعوة لتقديم استجاباتها للقيام بذلك. ولن يتم تعويض الجهات المتقدمة عن أي تكاليف، أتعاب، التزامات، أو خسائر يتم تكبدها فيما يتعلق بإعداد وتجهيز وتقديم طلباتهم.</w:t>
      </w:r>
    </w:p>
    <w:p w14:paraId="2C39C417" w14:textId="77777777" w:rsidR="00AF6289" w:rsidRDefault="00F84BDA" w:rsidP="00401A00">
      <w:pPr>
        <w:pStyle w:val="Heading1"/>
        <w:bidi/>
        <w:spacing w:before="280" w:after="120"/>
        <w:jc w:val="lowKashida"/>
      </w:pPr>
      <w:r>
        <w:rPr>
          <w:rFonts w:ascii="Arial" w:hAnsi="Arial"/>
          <w:color w:val="1F4E79"/>
          <w:rtl/>
        </w:rPr>
        <w:lastRenderedPageBreak/>
        <w:t>إرشادات تقديم الطلبات</w:t>
      </w:r>
    </w:p>
    <w:p w14:paraId="3F246D50" w14:textId="77777777" w:rsidR="00AF6289" w:rsidRDefault="00F84BDA" w:rsidP="00401A00">
      <w:pPr>
        <w:bidi/>
        <w:spacing w:after="160"/>
        <w:jc w:val="lowKashida"/>
      </w:pPr>
      <w:r>
        <w:rPr>
          <w:rFonts w:ascii="Arial" w:hAnsi="Arial"/>
          <w:sz w:val="21"/>
          <w:rtl/>
        </w:rPr>
        <w:t>يجب على المتقدمين تقديم ملفات استبيان التأهيل المسبق (PQQ) المكتملة والمستندات الثبوتية والداعمة المطلوبة للمرحلتين الأولى والثانية، في موعد لا يتجاوز الموعد النهائي المحدد في هذا الإعلان.</w:t>
      </w:r>
    </w:p>
    <w:p w14:paraId="7382706C" w14:textId="77777777" w:rsidR="00AF6289" w:rsidRDefault="00F84BDA" w:rsidP="00401A00">
      <w:pPr>
        <w:bidi/>
        <w:spacing w:after="80"/>
        <w:ind w:left="288"/>
        <w:jc w:val="lowKashida"/>
      </w:pPr>
      <w:r w:rsidRPr="00401A00">
        <w:rPr>
          <w:rFonts w:ascii="Arial" w:hAnsi="Arial"/>
          <w:bCs/>
          <w:color w:val="1F4E79"/>
          <w:sz w:val="20"/>
          <w:rtl/>
        </w:rPr>
        <w:t xml:space="preserve">•  </w:t>
      </w:r>
      <w:r w:rsidRPr="00401A00">
        <w:rPr>
          <w:rFonts w:ascii="Arial" w:hAnsi="Arial"/>
          <w:bCs/>
          <w:sz w:val="20"/>
          <w:rtl/>
        </w:rPr>
        <w:t>تنسيق وتوقيع المستندات:</w:t>
      </w:r>
      <w:r>
        <w:rPr>
          <w:rFonts w:ascii="Arial" w:hAnsi="Arial"/>
          <w:b/>
          <w:sz w:val="20"/>
          <w:rtl/>
        </w:rPr>
        <w:t xml:space="preserve"> </w:t>
      </w:r>
      <w:r>
        <w:rPr>
          <w:rFonts w:ascii="Arial" w:hAnsi="Arial"/>
          <w:sz w:val="20"/>
          <w:rtl/>
        </w:rPr>
        <w:t>يجب توقيع وختم كل صفحة من صفحات استبيان التأهيل المسبق ومرفقاته من قبل الممثل القانوني المفوض للشركة. يجب أن تكون الكتابة بخط اليد واضحة ومقروءة ومكتوبة بالحبر الأزرق حصراً.</w:t>
      </w:r>
    </w:p>
    <w:p w14:paraId="6E1FE1AF" w14:textId="77777777" w:rsidR="00AF6289" w:rsidRDefault="00F84BDA" w:rsidP="00401A00">
      <w:pPr>
        <w:bidi/>
        <w:spacing w:after="80"/>
        <w:ind w:left="288"/>
        <w:jc w:val="lowKashida"/>
      </w:pPr>
      <w:r>
        <w:rPr>
          <w:rFonts w:ascii="Arial" w:hAnsi="Arial"/>
          <w:b/>
          <w:color w:val="1F4E79"/>
          <w:sz w:val="20"/>
          <w:rtl/>
        </w:rPr>
        <w:t xml:space="preserve">•  </w:t>
      </w:r>
      <w:r w:rsidRPr="00401A00">
        <w:rPr>
          <w:rFonts w:ascii="Arial" w:hAnsi="Arial"/>
          <w:bCs/>
          <w:sz w:val="20"/>
          <w:rtl/>
        </w:rPr>
        <w:t>التقديم على فئات متعددة (التجزئة):</w:t>
      </w:r>
      <w:r>
        <w:rPr>
          <w:rFonts w:ascii="Arial" w:hAnsi="Arial"/>
          <w:b/>
          <w:sz w:val="20"/>
          <w:rtl/>
        </w:rPr>
        <w:t xml:space="preserve"> </w:t>
      </w:r>
      <w:r>
        <w:rPr>
          <w:rFonts w:ascii="Arial" w:hAnsi="Arial"/>
          <w:sz w:val="20"/>
          <w:rtl/>
        </w:rPr>
        <w:t>في حال الرغبة بالتقدم على فئات مشتريات أو قطاعات متعددة، يجب تقديم ملف طلب مستقل ومنفصل تماماً لكل فئة على حدة.</w:t>
      </w:r>
    </w:p>
    <w:p w14:paraId="25A3F47B" w14:textId="3477D23C" w:rsidR="00AF6289" w:rsidRDefault="00F84BDA" w:rsidP="00401A00">
      <w:pPr>
        <w:bidi/>
        <w:spacing w:after="80"/>
        <w:ind w:left="288"/>
      </w:pPr>
      <w:r w:rsidRPr="00401A00">
        <w:rPr>
          <w:rFonts w:ascii="Arial" w:hAnsi="Arial"/>
          <w:bCs/>
          <w:color w:val="1F4E79"/>
          <w:sz w:val="20"/>
          <w:rtl/>
        </w:rPr>
        <w:t xml:space="preserve">•  </w:t>
      </w:r>
      <w:r w:rsidRPr="00401A00">
        <w:rPr>
          <w:rFonts w:ascii="Arial" w:hAnsi="Arial"/>
          <w:bCs/>
          <w:sz w:val="20"/>
          <w:rtl/>
        </w:rPr>
        <w:t>التسليم الفعلي للملفات:</w:t>
      </w:r>
      <w:r>
        <w:rPr>
          <w:rFonts w:ascii="Arial" w:hAnsi="Arial"/>
          <w:b/>
          <w:sz w:val="20"/>
          <w:rtl/>
        </w:rPr>
        <w:t xml:space="preserve"> </w:t>
      </w:r>
      <w:r>
        <w:rPr>
          <w:rFonts w:ascii="Arial" w:hAnsi="Arial"/>
          <w:sz w:val="20"/>
          <w:rtl/>
        </w:rPr>
        <w:t>يجب تقديم الملفات المكتملة والموقعة والمختومة في ظرف مغلق ومختوم بختم الشركة يكتب عليه المرجع والتوضيح التالي بوضوح جلي:</w:t>
      </w:r>
      <w:r w:rsidR="00401A00">
        <w:rPr>
          <w:rFonts w:ascii="Arial" w:hAnsi="Arial"/>
          <w:sz w:val="20"/>
        </w:rPr>
        <w:t xml:space="preserve"> </w:t>
      </w:r>
      <w:r>
        <w:rPr>
          <w:rFonts w:ascii="Arial" w:hAnsi="Arial"/>
          <w:b/>
          <w:color w:val="C00000"/>
          <w:rtl/>
        </w:rPr>
        <w:t>"IRY/PQQ/YEM/2026/001": Expression of Interest - Supplier Pre-qualification</w:t>
      </w:r>
    </w:p>
    <w:p w14:paraId="1DE6C8A2" w14:textId="77777777" w:rsidR="00AF6289" w:rsidRPr="00401A00" w:rsidRDefault="00F84BDA" w:rsidP="00401A00">
      <w:pPr>
        <w:bidi/>
        <w:spacing w:after="120"/>
        <w:jc w:val="lowKashida"/>
        <w:rPr>
          <w:b/>
          <w:bCs/>
        </w:rPr>
      </w:pPr>
      <w:r w:rsidRPr="00401A00">
        <w:rPr>
          <w:rFonts w:ascii="Arial" w:hAnsi="Arial"/>
          <w:b/>
          <w:bCs/>
          <w:sz w:val="20"/>
          <w:rtl/>
        </w:rPr>
        <w:t>يجب على الموردين تسليم هذا الظرف المغلق يداً بيد إلى أحد العناوين المعتمدة التالية لمنظمة الإغاثة الإسلامية في موعد لا يتجاوز 22 سبتمبر 2026:</w:t>
      </w:r>
    </w:p>
    <w:p w14:paraId="39ABC04D" w14:textId="77777777" w:rsidR="00AF6289" w:rsidRPr="00401A00" w:rsidRDefault="00F84BDA" w:rsidP="00401A00">
      <w:pPr>
        <w:bidi/>
        <w:spacing w:after="80"/>
        <w:ind w:left="576"/>
        <w:jc w:val="lowKashida"/>
        <w:rPr>
          <w:b/>
          <w:bCs/>
        </w:rPr>
      </w:pPr>
      <w:r w:rsidRPr="00401A00">
        <w:rPr>
          <w:rFonts w:ascii="Arial" w:hAnsi="Arial"/>
          <w:b/>
          <w:bCs/>
          <w:sz w:val="20"/>
          <w:rtl/>
        </w:rPr>
        <w:t>1. المكتب الرئيسي للإغاثة الإسلامية في عدن: خور مكسر - حي السفارات، خلف معهد أمديست (AMIDEAST)، هاتف: 02/275181</w:t>
      </w:r>
    </w:p>
    <w:p w14:paraId="0CFD0E76" w14:textId="77777777" w:rsidR="00AF6289" w:rsidRDefault="00F84BDA" w:rsidP="00401A00">
      <w:pPr>
        <w:bidi/>
        <w:spacing w:after="240"/>
        <w:ind w:left="576"/>
        <w:jc w:val="lowKashida"/>
        <w:rPr>
          <w:rFonts w:ascii="Arial" w:hAnsi="Arial"/>
          <w:b/>
          <w:bCs/>
          <w:sz w:val="20"/>
        </w:rPr>
      </w:pPr>
      <w:r w:rsidRPr="00401A00">
        <w:rPr>
          <w:rFonts w:ascii="Arial" w:hAnsi="Arial"/>
          <w:b/>
          <w:bCs/>
          <w:sz w:val="20"/>
          <w:rtl/>
        </w:rPr>
        <w:t>2. مكتب تعز الميداني: الضربة العليا - بجوار محطة راديو إف إم - بالقرب من مدارس الأصبحي، هاتف: 04/235360</w:t>
      </w:r>
    </w:p>
    <w:p w14:paraId="284FA171" w14:textId="0D5FB74D" w:rsidR="00C4114E" w:rsidRPr="00401A00" w:rsidRDefault="006C7959" w:rsidP="00C4114E">
      <w:pPr>
        <w:bidi/>
        <w:spacing w:after="240"/>
        <w:ind w:left="576"/>
        <w:jc w:val="lowKashida"/>
        <w:rPr>
          <w:b/>
          <w:bCs/>
        </w:rPr>
      </w:pPr>
      <w:r w:rsidRPr="006C7959">
        <w:rPr>
          <w:rFonts w:cs="Arial"/>
          <w:b/>
          <w:bCs/>
          <w:rtl/>
        </w:rPr>
        <w:t>لن يتم النظر في أي تقديم بعد انتهاء الموعد المحدد في هذا الاعلان.</w:t>
      </w:r>
    </w:p>
    <w:p w14:paraId="63207917" w14:textId="77777777" w:rsidR="00AF6289" w:rsidRDefault="00F84BDA" w:rsidP="00401A00">
      <w:pPr>
        <w:pStyle w:val="Heading1"/>
        <w:bidi/>
        <w:spacing w:before="280" w:after="120"/>
        <w:jc w:val="lowKashida"/>
      </w:pPr>
      <w:r>
        <w:rPr>
          <w:rFonts w:ascii="Arial" w:hAnsi="Arial"/>
          <w:color w:val="1F4E79"/>
          <w:rtl/>
        </w:rPr>
        <w:t>سياسة النزاهة ومكافحة الاحتيال والفساد</w:t>
      </w:r>
    </w:p>
    <w:p w14:paraId="739424DF" w14:textId="73C92980" w:rsidR="00AF6289" w:rsidRDefault="00F84BDA" w:rsidP="00401A00">
      <w:pPr>
        <w:bidi/>
        <w:spacing w:after="160"/>
        <w:jc w:val="lowKashida"/>
      </w:pPr>
      <w:r>
        <w:rPr>
          <w:rFonts w:ascii="Arial" w:hAnsi="Arial"/>
          <w:sz w:val="20"/>
          <w:rtl/>
        </w:rPr>
        <w:t>إذا ثبت أن أي شركة أو مؤسسة أو فرد يقدم عرضاً أو طلباً استجابة لهذا الإعلان قد عرض أو قدم أي شيء ذي قيمة (سواء كانت هدية أو عمولة أو مبالغ تحفيزية) لأي موظف من موظفي المنظمة، فسيتم استبعاده فوراً وبشكل نهائي من المشاركة في هذه العملية وتصفية مشاركته، وقد يتم حرمانه من المشاركة في أي عمليات شراء أو مناقصات مستقبلية مع منظمة الإغاثة الإسلامية عبر العالم (IR).</w:t>
      </w:r>
      <w:r>
        <w:rPr>
          <w:rFonts w:ascii="Arial" w:hAnsi="Arial"/>
          <w:sz w:val="20"/>
          <w:rtl/>
        </w:rPr>
        <w:br/>
      </w:r>
      <w:r>
        <w:rPr>
          <w:rFonts w:ascii="Arial" w:hAnsi="Arial"/>
          <w:sz w:val="20"/>
          <w:rtl/>
        </w:rPr>
        <w:t xml:space="preserve">تلتزم منظمة الإغاثة الإسلامية التزاماً تاماً بأعلى معايير النزاهة والمساءلة والشفافية، وقد صدرت توجيهات صارمة لجميع موظفي المنظمة بعدم طلب أو قبول أي هدايا أو مبالغ مالية أو عمولات أو أي شيء ذي قيمة من الشركات أو الأفراد المتقدمين للتأهيل مسبقاً. وإذا طلب منك أي ممثل أو موظف للمنظمة أي نوع من العمولات أو الدفعات أو التسهيلات أو الهدايا الأخرى، يرجى الإبلاغ عن ذلك فوراً وبكل سرية عبر البريد الإلكتروني المخصص للشكاوى والنزاهة التالي: </w:t>
      </w:r>
      <w:r>
        <w:rPr>
          <w:rFonts w:ascii="Arial" w:hAnsi="Arial"/>
          <w:b/>
          <w:color w:val="1F4E79"/>
          <w:rtl/>
        </w:rPr>
        <w:t>YCO_Procurement@iryemen.org</w:t>
      </w:r>
    </w:p>
    <w:p w14:paraId="1557776D" w14:textId="77777777" w:rsidR="00AF6289" w:rsidRDefault="00F84BDA" w:rsidP="00401A00">
      <w:pPr>
        <w:pStyle w:val="Heading1"/>
        <w:bidi/>
        <w:spacing w:before="280" w:after="120"/>
        <w:jc w:val="lowKashida"/>
      </w:pPr>
      <w:r>
        <w:rPr>
          <w:rFonts w:ascii="Arial" w:hAnsi="Arial"/>
          <w:color w:val="1F4E79"/>
          <w:rtl/>
        </w:rPr>
        <w:t>دعم الاستفسارات والتوضيحات الفنية</w:t>
      </w:r>
    </w:p>
    <w:p w14:paraId="578D402D" w14:textId="074A0E50" w:rsidR="00AF6289" w:rsidRDefault="00F84BDA" w:rsidP="00401A00">
      <w:pPr>
        <w:bidi/>
        <w:spacing w:after="160"/>
        <w:jc w:val="lowKashida"/>
      </w:pPr>
      <w:r>
        <w:rPr>
          <w:rFonts w:ascii="Arial" w:hAnsi="Arial"/>
          <w:sz w:val="20"/>
          <w:rtl/>
        </w:rPr>
        <w:t>يجب إرسال أي طلبات للحصول على توضيحات فنية أو استفسارات بشأن هذا الإعلان أو ملف استبيان التأهيل المسبق (PQQ) كتابياً عبر البريد الإلكتروني المخصص للمشتريات (</w:t>
      </w:r>
      <w:r>
        <w:rPr>
          <w:rFonts w:ascii="Arial" w:hAnsi="Arial"/>
          <w:b/>
          <w:color w:val="1F4E79"/>
          <w:sz w:val="20"/>
          <w:rtl/>
        </w:rPr>
        <w:t>YCO_Procurement@iryemen.org</w:t>
      </w:r>
      <w:r>
        <w:rPr>
          <w:rFonts w:ascii="Arial" w:hAnsi="Arial"/>
          <w:sz w:val="20"/>
          <w:rtl/>
        </w:rPr>
        <w:t xml:space="preserve">) في موعد لا يتجاوز </w:t>
      </w:r>
      <w:r>
        <w:rPr>
          <w:rFonts w:ascii="Arial" w:hAnsi="Arial"/>
          <w:b/>
          <w:color w:val="C00000"/>
          <w:sz w:val="20"/>
          <w:rtl/>
        </w:rPr>
        <w:t>14 سبتمبر 2026</w:t>
      </w:r>
      <w:r>
        <w:rPr>
          <w:rFonts w:ascii="Arial" w:hAnsi="Arial"/>
          <w:sz w:val="20"/>
          <w:rtl/>
        </w:rPr>
        <w:t xml:space="preserve">. </w:t>
      </w:r>
    </w:p>
    <w:sectPr w:rsidR="00AF6289" w:rsidSect="0003461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FB620" w14:textId="77777777" w:rsidR="00F84BDA" w:rsidRDefault="00F84BDA">
      <w:pPr>
        <w:spacing w:after="0" w:line="240" w:lineRule="auto"/>
      </w:pPr>
      <w:r>
        <w:separator/>
      </w:r>
    </w:p>
  </w:endnote>
  <w:endnote w:type="continuationSeparator" w:id="0">
    <w:p w14:paraId="234ECD92" w14:textId="77777777" w:rsidR="00F84BDA" w:rsidRDefault="00F84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608A0" w14:textId="77777777" w:rsidR="00AF6289" w:rsidRDefault="00F84BDA">
    <w:pPr>
      <w:pStyle w:val="Footer"/>
      <w:bidi/>
      <w:jc w:val="right"/>
    </w:pPr>
    <w:r>
      <w:rPr>
        <w:rFonts w:ascii="Arial" w:hAnsi="Arial"/>
        <w:color w:val="808080"/>
        <w:sz w:val="18"/>
        <w:rtl/>
      </w:rPr>
      <w:t xml:space="preserve">الصفحة </w:t>
    </w:r>
    <w:r>
      <w:fldChar w:fldCharType="begin"/>
    </w:r>
    <w:r>
      <w:instrText>PAGE</w:instrText>
    </w:r>
    <w:r>
      <w:fldChar w:fldCharType="separate"/>
    </w:r>
    <w:r w:rsidR="00401A00">
      <w:rPr>
        <w:noProof/>
        <w:rtl/>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47C5C" w14:textId="77777777" w:rsidR="00F84BDA" w:rsidRDefault="00F84BDA">
      <w:pPr>
        <w:spacing w:after="0" w:line="240" w:lineRule="auto"/>
      </w:pPr>
      <w:r>
        <w:separator/>
      </w:r>
    </w:p>
  </w:footnote>
  <w:footnote w:type="continuationSeparator" w:id="0">
    <w:p w14:paraId="405433DF" w14:textId="77777777" w:rsidR="00F84BDA" w:rsidRDefault="00F84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569D" w14:textId="4A6223AB" w:rsidR="00401A00" w:rsidRDefault="00401A00">
    <w:pPr>
      <w:pStyle w:val="Header"/>
    </w:pPr>
    <w:r>
      <w:rPr>
        <w:noProof/>
      </w:rPr>
      <w:drawing>
        <wp:inline distT="0" distB="0" distL="0" distR="0" wp14:anchorId="31FF3FCC" wp14:editId="2755C08B">
          <wp:extent cx="1466850" cy="686209"/>
          <wp:effectExtent l="0" t="0" r="0" b="0"/>
          <wp:docPr id="1" name="Picture 1" descr="C:\Users\IR\AppData\Local\Microsoft\Windows\Temporary Internet Files\Content.Word\English I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AppData\Local\Microsoft\Windows\Temporary Internet Files\Content.Word\English IRY.PNG"/>
                  <pic:cNvPicPr>
                    <a:picLocks noChangeAspect="1" noChangeArrowheads="1"/>
                  </pic:cNvPicPr>
                </pic:nvPicPr>
                <pic:blipFill>
                  <a:blip r:embed="rId1" cstate="print"/>
                  <a:srcRect/>
                  <a:stretch>
                    <a:fillRect/>
                  </a:stretch>
                </pic:blipFill>
                <pic:spPr bwMode="auto">
                  <a:xfrm>
                    <a:off x="0" y="0"/>
                    <a:ext cx="1469960" cy="687664"/>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73809834">
    <w:abstractNumId w:val="8"/>
  </w:num>
  <w:num w:numId="2" w16cid:durableId="1680624428">
    <w:abstractNumId w:val="6"/>
  </w:num>
  <w:num w:numId="3" w16cid:durableId="521630768">
    <w:abstractNumId w:val="5"/>
  </w:num>
  <w:num w:numId="4" w16cid:durableId="1016083055">
    <w:abstractNumId w:val="4"/>
  </w:num>
  <w:num w:numId="5" w16cid:durableId="485434322">
    <w:abstractNumId w:val="7"/>
  </w:num>
  <w:num w:numId="6" w16cid:durableId="1267690191">
    <w:abstractNumId w:val="3"/>
  </w:num>
  <w:num w:numId="7" w16cid:durableId="1132208804">
    <w:abstractNumId w:val="2"/>
  </w:num>
  <w:num w:numId="8" w16cid:durableId="178006619">
    <w:abstractNumId w:val="1"/>
  </w:num>
  <w:num w:numId="9" w16cid:durableId="1037466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14BBF"/>
    <w:rsid w:val="00326F90"/>
    <w:rsid w:val="003A359F"/>
    <w:rsid w:val="00401A00"/>
    <w:rsid w:val="006C7959"/>
    <w:rsid w:val="00AA1D8D"/>
    <w:rsid w:val="00AF6289"/>
    <w:rsid w:val="00B47730"/>
    <w:rsid w:val="00C4114E"/>
    <w:rsid w:val="00C466EC"/>
    <w:rsid w:val="00CB0664"/>
    <w:rsid w:val="00D119B2"/>
    <w:rsid w:val="00F84BD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F84EE5"/>
  <w14:defaultImageDpi w14:val="300"/>
  <w15:docId w15:val="{1ED6AC8F-326A-4A97-B561-838156132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1929</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Qusai Ahmed Hassan Mohammed</cp:lastModifiedBy>
  <cp:revision>6</cp:revision>
  <dcterms:created xsi:type="dcterms:W3CDTF">2026-09-08T05:41:00Z</dcterms:created>
  <dcterms:modified xsi:type="dcterms:W3CDTF">2026-09-08T05:49:00Z</dcterms:modified>
  <cp:category/>
</cp:coreProperties>
</file>